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054E5" w14:textId="77777777" w:rsidR="0091285B" w:rsidRDefault="005F5C62" w:rsidP="00437BBC">
      <w:r>
        <w:rPr>
          <w:noProof/>
        </w:rPr>
        <w:drawing>
          <wp:inline distT="0" distB="0" distL="0" distR="0" wp14:anchorId="6C9E00DE" wp14:editId="0E8543C0">
            <wp:extent cx="1143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eem_logo.png"/>
                    <pic:cNvPicPr/>
                  </pic:nvPicPr>
                  <pic:blipFill>
                    <a:blip r:embed="rId8"/>
                    <a:stretch>
                      <a:fillRect/>
                    </a:stretch>
                  </pic:blipFill>
                  <pic:spPr>
                    <a:xfrm>
                      <a:off x="0" y="0"/>
                      <a:ext cx="1143000" cy="1143000"/>
                    </a:xfrm>
                    <a:prstGeom prst="rect">
                      <a:avLst/>
                    </a:prstGeom>
                  </pic:spPr>
                </pic:pic>
              </a:graphicData>
            </a:graphic>
          </wp:inline>
        </w:drawing>
      </w:r>
    </w:p>
    <w:p w14:paraId="33D5B686" w14:textId="77777777" w:rsidR="0091285B" w:rsidRDefault="005F5C62" w:rsidP="00437BBC">
      <w:pPr>
        <w:pStyle w:val="Title"/>
      </w:pPr>
      <w:r>
        <w:t>Application for Fellowship</w:t>
      </w:r>
    </w:p>
    <w:p w14:paraId="1D4D3F39" w14:textId="0008CC9B" w:rsidR="0091285B" w:rsidRDefault="0091285B" w:rsidP="00437BBC"/>
    <w:tbl>
      <w:tblPr>
        <w:tblW w:w="0" w:type="auto"/>
        <w:jc w:val="center"/>
        <w:tblLook w:val="04A0" w:firstRow="1" w:lastRow="0" w:firstColumn="1" w:lastColumn="0" w:noHBand="0" w:noVBand="1"/>
      </w:tblPr>
      <w:tblGrid>
        <w:gridCol w:w="10166"/>
      </w:tblGrid>
      <w:tr w:rsidR="0091285B" w:rsidRPr="00464F22" w14:paraId="27088D21" w14:textId="77777777">
        <w:trPr>
          <w:jc w:val="center"/>
        </w:trPr>
        <w:tc>
          <w:tcPr>
            <w:tcW w:w="10166" w:type="dxa"/>
            <w:shd w:val="clear" w:color="auto" w:fill="EAF2E4"/>
            <w:tcMar>
              <w:top w:w="140" w:type="dxa"/>
              <w:left w:w="160" w:type="dxa"/>
              <w:bottom w:w="140" w:type="dxa"/>
              <w:right w:w="160" w:type="dxa"/>
            </w:tcMar>
          </w:tcPr>
          <w:p w14:paraId="377F3B09" w14:textId="23BF1F65" w:rsidR="0091285B" w:rsidRPr="00464F22" w:rsidRDefault="005F5C62">
            <w:pPr>
              <w:rPr>
                <w:sz w:val="22"/>
              </w:rPr>
            </w:pPr>
            <w:r w:rsidRPr="00464F22">
              <w:rPr>
                <w:b/>
                <w:color w:val="3C542C"/>
                <w:sz w:val="22"/>
              </w:rPr>
              <w:t>Use this single form to apply for Fellowship of CIEEM.</w:t>
            </w:r>
            <w:r w:rsidRPr="00464F22">
              <w:rPr>
                <w:b/>
                <w:color w:val="3C542C"/>
                <w:sz w:val="22"/>
              </w:rPr>
              <w:br/>
            </w:r>
            <w:r w:rsidRPr="00464F22">
              <w:rPr>
                <w:sz w:val="22"/>
              </w:rPr>
              <w:t xml:space="preserve">It contains the instructions, applicant evidence sections, sponsor testimonial and declarations needed for </w:t>
            </w:r>
            <w:proofErr w:type="gramStart"/>
            <w:r w:rsidRPr="00464F22">
              <w:rPr>
                <w:sz w:val="22"/>
              </w:rPr>
              <w:t>a self</w:t>
            </w:r>
            <w:proofErr w:type="gramEnd"/>
            <w:r w:rsidRPr="00464F22">
              <w:rPr>
                <w:sz w:val="22"/>
              </w:rPr>
              <w:t xml:space="preserve">-nomination. </w:t>
            </w:r>
            <w:r w:rsidR="00464F22">
              <w:rPr>
                <w:sz w:val="22"/>
              </w:rPr>
              <w:t>Please note that t</w:t>
            </w:r>
            <w:r w:rsidRPr="00464F22">
              <w:rPr>
                <w:sz w:val="22"/>
              </w:rPr>
              <w:t xml:space="preserve">he peer-nomination route is </w:t>
            </w:r>
            <w:r w:rsidRPr="00464F22">
              <w:rPr>
                <w:b/>
                <w:bCs/>
                <w:sz w:val="22"/>
              </w:rPr>
              <w:t>not</w:t>
            </w:r>
            <w:r w:rsidRPr="00464F22">
              <w:rPr>
                <w:sz w:val="22"/>
              </w:rPr>
              <w:t xml:space="preserve"> included in this form.</w:t>
            </w:r>
          </w:p>
        </w:tc>
      </w:tr>
    </w:tbl>
    <w:p w14:paraId="0E1B020F" w14:textId="77777777" w:rsidR="0091285B" w:rsidRPr="00464F22" w:rsidRDefault="0091285B">
      <w:pPr>
        <w:spacing w:after="0"/>
        <w:rPr>
          <w:sz w:val="22"/>
        </w:rPr>
      </w:pPr>
    </w:p>
    <w:tbl>
      <w:tblPr>
        <w:tblW w:w="0" w:type="auto"/>
        <w:jc w:val="center"/>
        <w:tblLook w:val="04A0" w:firstRow="1" w:lastRow="0" w:firstColumn="1" w:lastColumn="0" w:noHBand="0" w:noVBand="1"/>
      </w:tblPr>
      <w:tblGrid>
        <w:gridCol w:w="10166"/>
      </w:tblGrid>
      <w:tr w:rsidR="0091285B" w:rsidRPr="00464F22" w14:paraId="299A8D60" w14:textId="77777777">
        <w:trPr>
          <w:jc w:val="center"/>
        </w:trPr>
        <w:tc>
          <w:tcPr>
            <w:tcW w:w="10166" w:type="dxa"/>
            <w:shd w:val="clear" w:color="auto" w:fill="E7EFF7"/>
            <w:tcMar>
              <w:top w:w="140" w:type="dxa"/>
              <w:left w:w="160" w:type="dxa"/>
              <w:bottom w:w="140" w:type="dxa"/>
              <w:right w:w="160" w:type="dxa"/>
            </w:tcMar>
          </w:tcPr>
          <w:p w14:paraId="3D2AAF79" w14:textId="29F9426B" w:rsidR="0091285B" w:rsidRPr="00464F22" w:rsidRDefault="005F5C62">
            <w:pPr>
              <w:rPr>
                <w:sz w:val="22"/>
              </w:rPr>
            </w:pPr>
            <w:r w:rsidRPr="00464F22">
              <w:rPr>
                <w:b/>
                <w:color w:val="3C542C"/>
                <w:sz w:val="22"/>
              </w:rPr>
              <w:t>Before you begin</w:t>
            </w:r>
            <w:r w:rsidRPr="00464F22">
              <w:rPr>
                <w:b/>
                <w:color w:val="3C542C"/>
                <w:sz w:val="22"/>
              </w:rPr>
              <w:br/>
            </w:r>
            <w:r w:rsidRPr="00464F22">
              <w:rPr>
                <w:sz w:val="22"/>
              </w:rPr>
              <w:t>Read the eligibility and evidence guidance</w:t>
            </w:r>
            <w:r w:rsidR="007C1B53">
              <w:rPr>
                <w:sz w:val="22"/>
              </w:rPr>
              <w:t xml:space="preserve"> detailed in this form</w:t>
            </w:r>
            <w:r w:rsidRPr="00464F22">
              <w:rPr>
                <w:sz w:val="22"/>
              </w:rPr>
              <w:t xml:space="preserve">. </w:t>
            </w:r>
            <w:proofErr w:type="gramStart"/>
            <w:r w:rsidRPr="00464F22">
              <w:rPr>
                <w:sz w:val="22"/>
              </w:rPr>
              <w:t>Agree</w:t>
            </w:r>
            <w:proofErr w:type="gramEnd"/>
            <w:r w:rsidRPr="00464F22">
              <w:rPr>
                <w:sz w:val="22"/>
              </w:rPr>
              <w:t xml:space="preserve"> the role of lead sponsor with your two sponsors. Applicants should complete Parts A–D, then give the complete draft and supporting documents to both sponsors. Sponsors should complete Part E collaboratively. The applicant completes Part F and submits the full application.</w:t>
            </w:r>
          </w:p>
        </w:tc>
      </w:tr>
    </w:tbl>
    <w:p w14:paraId="292E5C3D" w14:textId="77777777" w:rsidR="0091285B" w:rsidRPr="00464F22" w:rsidRDefault="0091285B">
      <w:pPr>
        <w:spacing w:after="0"/>
        <w:rPr>
          <w:sz w:val="22"/>
        </w:rPr>
      </w:pPr>
    </w:p>
    <w:p w14:paraId="72956B1F" w14:textId="77777777" w:rsidR="0091285B" w:rsidRPr="00361CF5" w:rsidRDefault="005F5C62" w:rsidP="00361CF5">
      <w:pPr>
        <w:pStyle w:val="Heading2"/>
      </w:pPr>
      <w:r w:rsidRPr="00361CF5">
        <w:t>What a complete application includes</w:t>
      </w:r>
    </w:p>
    <w:p w14:paraId="693B71BB" w14:textId="1C03F6DB" w:rsidR="0091285B" w:rsidRPr="00A67D47" w:rsidRDefault="005F5C62" w:rsidP="00A67D47">
      <w:pPr>
        <w:pStyle w:val="ListParagraph"/>
        <w:numPr>
          <w:ilvl w:val="0"/>
          <w:numId w:val="15"/>
        </w:numPr>
        <w:rPr>
          <w:sz w:val="22"/>
        </w:rPr>
      </w:pPr>
      <w:r w:rsidRPr="00A67D47">
        <w:rPr>
          <w:sz w:val="22"/>
        </w:rPr>
        <w:t>This completed form, including the applicant and sponsor declarations.</w:t>
      </w:r>
    </w:p>
    <w:p w14:paraId="2886FB4F" w14:textId="3F79C2FF" w:rsidR="0091285B" w:rsidRPr="00A67D47" w:rsidRDefault="005F5C62" w:rsidP="00A67D47">
      <w:pPr>
        <w:pStyle w:val="ListParagraph"/>
        <w:numPr>
          <w:ilvl w:val="0"/>
          <w:numId w:val="15"/>
        </w:numPr>
        <w:rPr>
          <w:sz w:val="22"/>
        </w:rPr>
      </w:pPr>
      <w:r w:rsidRPr="00A67D47">
        <w:rPr>
          <w:sz w:val="22"/>
        </w:rPr>
        <w:t>A detailed and current CV.</w:t>
      </w:r>
    </w:p>
    <w:p w14:paraId="5D63E083" w14:textId="072D9DFF" w:rsidR="0091285B" w:rsidRPr="00A67D47" w:rsidRDefault="005F5C62" w:rsidP="00A67D47">
      <w:pPr>
        <w:pStyle w:val="ListParagraph"/>
        <w:numPr>
          <w:ilvl w:val="0"/>
          <w:numId w:val="15"/>
        </w:numPr>
        <w:rPr>
          <w:sz w:val="22"/>
        </w:rPr>
      </w:pPr>
      <w:r w:rsidRPr="00A67D47">
        <w:rPr>
          <w:sz w:val="22"/>
        </w:rPr>
        <w:t>Evidence for at least one, and no more than three, areas of contribution.</w:t>
      </w:r>
    </w:p>
    <w:p w14:paraId="5BA8E11F" w14:textId="316158E2" w:rsidR="0091285B" w:rsidRPr="00A67D47" w:rsidRDefault="005F5C62" w:rsidP="00A67D47">
      <w:pPr>
        <w:pStyle w:val="ListParagraph"/>
        <w:numPr>
          <w:ilvl w:val="0"/>
          <w:numId w:val="15"/>
        </w:numPr>
        <w:rPr>
          <w:sz w:val="22"/>
        </w:rPr>
      </w:pPr>
      <w:r w:rsidRPr="00A67D47">
        <w:rPr>
          <w:sz w:val="22"/>
        </w:rPr>
        <w:t>Any focused supporting material that is necessary to verify claims and is clearly referenced.</w:t>
      </w:r>
    </w:p>
    <w:p w14:paraId="78D152CD" w14:textId="02707008" w:rsidR="0091285B" w:rsidRPr="00A67D47" w:rsidRDefault="005F5C62" w:rsidP="00A67D47">
      <w:pPr>
        <w:pStyle w:val="ListParagraph"/>
        <w:numPr>
          <w:ilvl w:val="0"/>
          <w:numId w:val="15"/>
        </w:numPr>
        <w:rPr>
          <w:sz w:val="22"/>
        </w:rPr>
      </w:pPr>
      <w:r w:rsidRPr="00A67D47">
        <w:rPr>
          <w:sz w:val="22"/>
        </w:rPr>
        <w:t>A single sponsor testimonial, agreed and signed by both sponsors.</w:t>
      </w:r>
    </w:p>
    <w:p w14:paraId="11627BEF" w14:textId="77777777" w:rsidR="0091285B" w:rsidRPr="00361CF5" w:rsidRDefault="005F5C62" w:rsidP="00361CF5">
      <w:pPr>
        <w:pStyle w:val="Heading2"/>
      </w:pPr>
      <w:r w:rsidRPr="00361CF5">
        <w:t>Contact</w:t>
      </w:r>
    </w:p>
    <w:p w14:paraId="393A289F" w14:textId="71345F47" w:rsidR="0091285B" w:rsidRPr="0010776F" w:rsidRDefault="005F5C62">
      <w:pPr>
        <w:rPr>
          <w:sz w:val="22"/>
        </w:rPr>
      </w:pPr>
      <w:r w:rsidRPr="00464F22">
        <w:rPr>
          <w:sz w:val="22"/>
        </w:rPr>
        <w:t xml:space="preserve">Membership team: </w:t>
      </w:r>
      <w:hyperlink r:id="rId9" w:history="1">
        <w:r w:rsidR="00217918" w:rsidRPr="00A2429F">
          <w:rPr>
            <w:rStyle w:val="Hyperlink"/>
            <w:sz w:val="22"/>
          </w:rPr>
          <w:t>membership@cieem.net</w:t>
        </w:r>
      </w:hyperlink>
      <w:r w:rsidR="00217918">
        <w:rPr>
          <w:sz w:val="22"/>
        </w:rPr>
        <w:t xml:space="preserve"> </w:t>
      </w:r>
      <w:r w:rsidRPr="00464F22">
        <w:rPr>
          <w:sz w:val="22"/>
        </w:rPr>
        <w:t xml:space="preserve"> |  01962 868626</w:t>
      </w:r>
      <w:r>
        <w:br w:type="page"/>
      </w:r>
    </w:p>
    <w:p w14:paraId="073531EF" w14:textId="77777777" w:rsidR="0091285B" w:rsidRDefault="005F5C62">
      <w:pPr>
        <w:pStyle w:val="Heading1"/>
      </w:pPr>
      <w:r>
        <w:lastRenderedPageBreak/>
        <w:t>How to use this form</w:t>
      </w:r>
    </w:p>
    <w:p w14:paraId="1EC94CF5" w14:textId="77777777" w:rsidR="0091285B" w:rsidRDefault="005F5C62">
      <w:pPr>
        <w:pStyle w:val="Heading2"/>
      </w:pPr>
      <w:r>
        <w:t>A clear division of responsibilities</w:t>
      </w:r>
    </w:p>
    <w:tbl>
      <w:tblPr>
        <w:tblStyle w:val="TableGrid"/>
        <w:tblW w:w="0" w:type="auto"/>
        <w:jc w:val="center"/>
        <w:tblLook w:val="04A0" w:firstRow="1" w:lastRow="0" w:firstColumn="1" w:lastColumn="0" w:noHBand="0" w:noVBand="1"/>
      </w:tblPr>
      <w:tblGrid>
        <w:gridCol w:w="5083"/>
        <w:gridCol w:w="5083"/>
      </w:tblGrid>
      <w:tr w:rsidR="0091285B" w14:paraId="16CCCE59" w14:textId="77777777">
        <w:trPr>
          <w:tblHeader/>
          <w:jc w:val="center"/>
        </w:trPr>
        <w:tc>
          <w:tcPr>
            <w:tcW w:w="5083" w:type="dxa"/>
            <w:shd w:val="clear" w:color="auto" w:fill="3C542C"/>
            <w:tcMar>
              <w:top w:w="100" w:type="dxa"/>
              <w:left w:w="120" w:type="dxa"/>
              <w:bottom w:w="100" w:type="dxa"/>
              <w:right w:w="120" w:type="dxa"/>
            </w:tcMar>
            <w:vAlign w:val="center"/>
          </w:tcPr>
          <w:p w14:paraId="2B9A1026" w14:textId="77777777" w:rsidR="0091285B" w:rsidRPr="009F78F6" w:rsidRDefault="005F5C62">
            <w:pPr>
              <w:rPr>
                <w:sz w:val="22"/>
              </w:rPr>
            </w:pPr>
            <w:r w:rsidRPr="009F78F6">
              <w:rPr>
                <w:b/>
                <w:color w:val="FFFFFF"/>
                <w:sz w:val="22"/>
              </w:rPr>
              <w:t>Applicant</w:t>
            </w:r>
          </w:p>
        </w:tc>
        <w:tc>
          <w:tcPr>
            <w:tcW w:w="5083" w:type="dxa"/>
            <w:shd w:val="clear" w:color="auto" w:fill="3C542C"/>
            <w:tcMar>
              <w:top w:w="100" w:type="dxa"/>
              <w:left w:w="120" w:type="dxa"/>
              <w:bottom w:w="100" w:type="dxa"/>
              <w:right w:w="120" w:type="dxa"/>
            </w:tcMar>
            <w:vAlign w:val="center"/>
          </w:tcPr>
          <w:p w14:paraId="506A3DAC" w14:textId="77777777" w:rsidR="0091285B" w:rsidRPr="009F78F6" w:rsidRDefault="005F5C62">
            <w:pPr>
              <w:rPr>
                <w:sz w:val="22"/>
              </w:rPr>
            </w:pPr>
            <w:r w:rsidRPr="009F78F6">
              <w:rPr>
                <w:b/>
                <w:color w:val="FFFFFF"/>
                <w:sz w:val="22"/>
              </w:rPr>
              <w:t>Sponsors</w:t>
            </w:r>
          </w:p>
        </w:tc>
      </w:tr>
      <w:tr w:rsidR="0091285B" w14:paraId="75D7FFCE" w14:textId="77777777">
        <w:trPr>
          <w:jc w:val="center"/>
        </w:trPr>
        <w:tc>
          <w:tcPr>
            <w:tcW w:w="5083" w:type="dxa"/>
            <w:tcMar>
              <w:top w:w="100" w:type="dxa"/>
              <w:left w:w="120" w:type="dxa"/>
              <w:bottom w:w="100" w:type="dxa"/>
              <w:right w:w="120" w:type="dxa"/>
            </w:tcMar>
            <w:vAlign w:val="center"/>
          </w:tcPr>
          <w:p w14:paraId="4A14DE29" w14:textId="77777777" w:rsidR="0091285B" w:rsidRPr="00A6675E" w:rsidRDefault="005F5C62">
            <w:pPr>
              <w:rPr>
                <w:sz w:val="21"/>
                <w:szCs w:val="21"/>
              </w:rPr>
            </w:pPr>
            <w:r w:rsidRPr="00A6675E">
              <w:rPr>
                <w:sz w:val="21"/>
                <w:szCs w:val="21"/>
              </w:rPr>
              <w:t>Complete Parts A–D and F; make the case for your own notable and lasting contribution; provide accurate, proportionate evidence; give the full draft and supporting documents to both sponsors; submit the final application.</w:t>
            </w:r>
          </w:p>
        </w:tc>
        <w:tc>
          <w:tcPr>
            <w:tcW w:w="5083" w:type="dxa"/>
            <w:tcMar>
              <w:top w:w="100" w:type="dxa"/>
              <w:left w:w="120" w:type="dxa"/>
              <w:bottom w:w="100" w:type="dxa"/>
              <w:right w:w="120" w:type="dxa"/>
            </w:tcMar>
            <w:vAlign w:val="center"/>
          </w:tcPr>
          <w:p w14:paraId="1D9B9CB8" w14:textId="77777777" w:rsidR="0091285B" w:rsidRPr="00A6675E" w:rsidRDefault="005F5C62">
            <w:pPr>
              <w:rPr>
                <w:sz w:val="21"/>
                <w:szCs w:val="21"/>
              </w:rPr>
            </w:pPr>
            <w:r w:rsidRPr="00A6675E">
              <w:rPr>
                <w:sz w:val="21"/>
                <w:szCs w:val="21"/>
              </w:rPr>
              <w:t>Read the complete application and supporting documents; test the claims against your own knowledge; prepare one evidence-based testimonial collaboratively; confirm integrity, accuracy and suitability; sign the declarations. The lead sponsor coordinates the testimonial.</w:t>
            </w:r>
          </w:p>
        </w:tc>
      </w:tr>
    </w:tbl>
    <w:p w14:paraId="7A7D6E2E" w14:textId="77777777" w:rsidR="0091285B" w:rsidRDefault="005F5C62">
      <w:pPr>
        <w:pStyle w:val="Heading2"/>
      </w:pPr>
      <w:r>
        <w:t>Evidence and length</w:t>
      </w:r>
    </w:p>
    <w:p w14:paraId="38F8CDBA" w14:textId="77777777" w:rsidR="0091285B" w:rsidRPr="009F78F6" w:rsidRDefault="005F5C62">
      <w:pPr>
        <w:pStyle w:val="ListBullet"/>
        <w:rPr>
          <w:sz w:val="22"/>
        </w:rPr>
      </w:pPr>
      <w:r w:rsidRPr="009F78F6">
        <w:rPr>
          <w:sz w:val="22"/>
        </w:rPr>
        <w:t>Choose at least one and no more than three of the five areas of contribution.</w:t>
      </w:r>
    </w:p>
    <w:p w14:paraId="3BF92B84" w14:textId="77777777" w:rsidR="0091285B" w:rsidRPr="009F78F6" w:rsidRDefault="005F5C62">
      <w:pPr>
        <w:pStyle w:val="ListBullet"/>
        <w:rPr>
          <w:sz w:val="22"/>
        </w:rPr>
      </w:pPr>
      <w:r w:rsidRPr="009F78F6">
        <w:rPr>
          <w:sz w:val="22"/>
        </w:rPr>
        <w:t>Write 500–750 words for each area selected. A stronger application normally concentrates on the area or areas where your distinct contribution and its lasting influence are clearest.</w:t>
      </w:r>
    </w:p>
    <w:p w14:paraId="610743B6" w14:textId="77777777" w:rsidR="0091285B" w:rsidRPr="009F78F6" w:rsidRDefault="005F5C62">
      <w:pPr>
        <w:pStyle w:val="ListBullet"/>
        <w:rPr>
          <w:sz w:val="22"/>
        </w:rPr>
      </w:pPr>
      <w:r w:rsidRPr="009F78F6">
        <w:rPr>
          <w:sz w:val="22"/>
        </w:rPr>
        <w:t>Explain your own role, what changed because of your contribution, who or what was influenced, the scale or reach, and why the effect is lasting.</w:t>
      </w:r>
    </w:p>
    <w:p w14:paraId="6EBD985F" w14:textId="77777777" w:rsidR="0091285B" w:rsidRPr="009F78F6" w:rsidRDefault="005F5C62">
      <w:pPr>
        <w:pStyle w:val="ListBullet"/>
        <w:rPr>
          <w:sz w:val="22"/>
        </w:rPr>
      </w:pPr>
      <w:r w:rsidRPr="009F78F6">
        <w:rPr>
          <w:sz w:val="22"/>
        </w:rPr>
        <w:t>Cross-reference concise supporting evidence. Do not attach large amounts of material without explaining its relevance.</w:t>
      </w:r>
    </w:p>
    <w:p w14:paraId="7A8B6CFE" w14:textId="5F9BC204" w:rsidR="0091285B" w:rsidRPr="009F78F6" w:rsidRDefault="005F5C62">
      <w:pPr>
        <w:pStyle w:val="ListBullet"/>
        <w:rPr>
          <w:sz w:val="22"/>
        </w:rPr>
      </w:pPr>
      <w:r w:rsidRPr="009F78F6">
        <w:rPr>
          <w:sz w:val="22"/>
        </w:rPr>
        <w:t>Work for CIEEM may be considered but does not by itself establish Fellowship unless it was the vehicle for a notable and lasting contribution to the profession.</w:t>
      </w:r>
    </w:p>
    <w:tbl>
      <w:tblPr>
        <w:tblW w:w="0" w:type="auto"/>
        <w:jc w:val="center"/>
        <w:tblLook w:val="04A0" w:firstRow="1" w:lastRow="0" w:firstColumn="1" w:lastColumn="0" w:noHBand="0" w:noVBand="1"/>
      </w:tblPr>
      <w:tblGrid>
        <w:gridCol w:w="10166"/>
      </w:tblGrid>
      <w:tr w:rsidR="0091285B" w:rsidRPr="009F78F6" w14:paraId="4BB2B0E5" w14:textId="77777777">
        <w:trPr>
          <w:jc w:val="center"/>
        </w:trPr>
        <w:tc>
          <w:tcPr>
            <w:tcW w:w="10166" w:type="dxa"/>
            <w:shd w:val="clear" w:color="auto" w:fill="E7EFF7"/>
            <w:tcMar>
              <w:top w:w="140" w:type="dxa"/>
              <w:left w:w="160" w:type="dxa"/>
              <w:bottom w:w="140" w:type="dxa"/>
              <w:right w:w="160" w:type="dxa"/>
            </w:tcMar>
          </w:tcPr>
          <w:p w14:paraId="51E14F79" w14:textId="77777777" w:rsidR="0091285B" w:rsidRPr="009F78F6" w:rsidRDefault="005F5C62">
            <w:pPr>
              <w:rPr>
                <w:sz w:val="22"/>
              </w:rPr>
            </w:pPr>
            <w:r w:rsidRPr="009F78F6">
              <w:rPr>
                <w:b/>
                <w:color w:val="3C542C"/>
                <w:sz w:val="22"/>
              </w:rPr>
              <w:t>Accessibility and reasonable adjustments</w:t>
            </w:r>
            <w:r w:rsidRPr="009F78F6">
              <w:rPr>
                <w:b/>
                <w:color w:val="3C542C"/>
                <w:sz w:val="22"/>
              </w:rPr>
              <w:br/>
            </w:r>
            <w:r w:rsidRPr="009F78F6">
              <w:rPr>
                <w:sz w:val="22"/>
              </w:rPr>
              <w:t>The written route may not be accessible for everyone. CIEEM can discuss reasonable adjustments individually. Alternatives may include a video submission and/or a professional discussion, based on material supplied in advance; a sponsor may be able to attend in support where agreed.</w:t>
            </w:r>
          </w:p>
        </w:tc>
      </w:tr>
    </w:tbl>
    <w:p w14:paraId="2139162A" w14:textId="77777777" w:rsidR="0091285B" w:rsidRDefault="0091285B">
      <w:pPr>
        <w:spacing w:after="0"/>
      </w:pPr>
    </w:p>
    <w:p w14:paraId="2FF52BAC" w14:textId="77777777" w:rsidR="0091285B" w:rsidRDefault="005F5C62">
      <w:r>
        <w:br w:type="page"/>
      </w:r>
    </w:p>
    <w:p w14:paraId="6B993CA0" w14:textId="77777777" w:rsidR="0091285B" w:rsidRDefault="005F5C62">
      <w:pPr>
        <w:pStyle w:val="Heading1"/>
      </w:pPr>
      <w:r>
        <w:lastRenderedPageBreak/>
        <w:t>About Fellowship and eligibility</w:t>
      </w:r>
    </w:p>
    <w:p w14:paraId="50833414" w14:textId="77777777" w:rsidR="0075624D" w:rsidRPr="0075624D" w:rsidRDefault="005F5C62" w:rsidP="0075624D">
      <w:pPr>
        <w:pStyle w:val="ListParagraph"/>
        <w:ind w:left="0"/>
        <w:rPr>
          <w:rFonts w:cs="Calibri Light"/>
          <w:sz w:val="22"/>
        </w:rPr>
      </w:pPr>
      <w:r w:rsidRPr="00BC796B">
        <w:rPr>
          <w:sz w:val="22"/>
        </w:rPr>
        <w:t>A CIEEM Fellow has the distinction of having made a notable and lasting contribution to the profession of ecology and environmental management. Fellowship is CIEEM’s highest membership grade. Fellows are highly respected members who can contribute to the profession and to CIEEM through their knowledge, judgement and experience.</w:t>
      </w:r>
      <w:r w:rsidR="0075624D">
        <w:rPr>
          <w:sz w:val="22"/>
        </w:rPr>
        <w:t xml:space="preserve"> </w:t>
      </w:r>
      <w:r w:rsidR="0075624D" w:rsidRPr="0075624D">
        <w:rPr>
          <w:rFonts w:cs="Calibri Light"/>
          <w:sz w:val="22"/>
        </w:rPr>
        <w:t>Equally, CIEEM benefits from having highly respected members as Fellows. Fellows can be role models and ambassadors for CIEEM; they can inspire others and often have a strong track record of giving back to the profession. CIEEM needs to sustain a strong and diverse Fellowship.</w:t>
      </w:r>
    </w:p>
    <w:p w14:paraId="5471B982" w14:textId="77777777" w:rsidR="0075624D" w:rsidRPr="0075624D" w:rsidRDefault="0075624D" w:rsidP="0075624D">
      <w:pPr>
        <w:pStyle w:val="ListParagraph"/>
        <w:ind w:left="0"/>
        <w:rPr>
          <w:rFonts w:cs="Calibri Light"/>
          <w:sz w:val="22"/>
        </w:rPr>
      </w:pPr>
    </w:p>
    <w:p w14:paraId="517E6D9E" w14:textId="77777777" w:rsidR="00385EEF" w:rsidRDefault="0075624D" w:rsidP="0075624D">
      <w:pPr>
        <w:pStyle w:val="ListParagraph"/>
        <w:ind w:left="0"/>
        <w:rPr>
          <w:rFonts w:cs="Calibri Light"/>
          <w:sz w:val="22"/>
        </w:rPr>
      </w:pPr>
      <w:r w:rsidRPr="0075624D">
        <w:rPr>
          <w:rFonts w:cs="Calibri Light"/>
          <w:sz w:val="22"/>
        </w:rPr>
        <w:t xml:space="preserve">The Fellowship comprises a variety of ecologists and environmental managers from many different backgrounds, possessing a diverse range of personal attributes and skills. Because of their ability to apply their knowledge and experience in practical ways, Fellows help to shape and set the strategic direction of the Chartered Institute and our profession more widely, through experience gained in a wide range of careers and roles, typically aided by high levels of oral and / or written communication skills. </w:t>
      </w:r>
    </w:p>
    <w:p w14:paraId="0A4108E7" w14:textId="77777777" w:rsidR="00385EEF" w:rsidRDefault="00385EEF" w:rsidP="0075624D">
      <w:pPr>
        <w:pStyle w:val="ListParagraph"/>
        <w:ind w:left="0"/>
        <w:rPr>
          <w:rFonts w:cs="Calibri Light"/>
          <w:sz w:val="22"/>
        </w:rPr>
      </w:pPr>
    </w:p>
    <w:p w14:paraId="29E68CB1" w14:textId="7A4027BA" w:rsidR="0075624D" w:rsidRPr="0075624D" w:rsidRDefault="0075624D" w:rsidP="0075624D">
      <w:pPr>
        <w:pStyle w:val="ListParagraph"/>
        <w:ind w:left="0"/>
        <w:rPr>
          <w:rFonts w:cs="Calibri Light"/>
          <w:sz w:val="22"/>
        </w:rPr>
      </w:pPr>
      <w:r w:rsidRPr="0075624D">
        <w:rPr>
          <w:rFonts w:cs="Calibri Light"/>
          <w:sz w:val="22"/>
        </w:rPr>
        <w:t>Together with their expertise, those with a personal presence, dignity, seriousness of purpose or ‘gravitas’, can perform important tasks, such as being fair and well-informed arbitrators or judges in a variety of situations, providing a ‘steady hand’ when needed. Through their contribution to the profession, Fellows can make a difference to the work and influence of the Chartered Institute in its internal and/or external affairs. Other attributes often found amongst the Fellowship, such as innovation, wisdom, insight, sound judgement and appropriate use of levity, or their record of leading by example, enable Fellows to make a meaningful contribution to decision making at all levels and the development of education, training, legislation, policy, research and good practice in the field of ecology and environmental management.</w:t>
      </w:r>
    </w:p>
    <w:p w14:paraId="0CB01B53" w14:textId="77777777" w:rsidR="0075624D" w:rsidRPr="0075624D" w:rsidRDefault="0075624D" w:rsidP="0075624D">
      <w:pPr>
        <w:pStyle w:val="ListParagraph"/>
        <w:ind w:left="0"/>
        <w:rPr>
          <w:rFonts w:cs="Calibri Light"/>
          <w:sz w:val="22"/>
        </w:rPr>
      </w:pPr>
    </w:p>
    <w:p w14:paraId="5B14FB65" w14:textId="77777777" w:rsidR="0075624D" w:rsidRPr="0075624D" w:rsidRDefault="0075624D" w:rsidP="0075624D">
      <w:pPr>
        <w:pStyle w:val="ListParagraph"/>
        <w:ind w:left="0"/>
        <w:rPr>
          <w:rFonts w:cs="Calibri Light"/>
          <w:sz w:val="22"/>
        </w:rPr>
      </w:pPr>
      <w:r w:rsidRPr="0075624D">
        <w:rPr>
          <w:rFonts w:cs="Calibri Light"/>
          <w:sz w:val="22"/>
        </w:rPr>
        <w:t>Fellows should use their best endeavours to contribute to the work of CIEEM when called upon to do so or as opportunity arises. Opportunities will vary over time and from Fellow-to-Fellow dependent on their personal and professional skills and interests and on the needs of CIEEM. There are many roles that Fellows can and frequently do fulfil, including:</w:t>
      </w:r>
    </w:p>
    <w:p w14:paraId="4EFD2D07" w14:textId="77777777" w:rsidR="0075624D" w:rsidRPr="0075624D" w:rsidRDefault="0075624D" w:rsidP="0075624D">
      <w:pPr>
        <w:pStyle w:val="ListParagraph"/>
        <w:ind w:left="0"/>
        <w:rPr>
          <w:rFonts w:cs="Calibri Light"/>
          <w:sz w:val="22"/>
        </w:rPr>
      </w:pPr>
    </w:p>
    <w:p w14:paraId="61B54F7D" w14:textId="77777777" w:rsidR="0075624D" w:rsidRPr="0075624D" w:rsidRDefault="0075624D" w:rsidP="00385EEF">
      <w:pPr>
        <w:pStyle w:val="ListParagraph"/>
        <w:numPr>
          <w:ilvl w:val="0"/>
          <w:numId w:val="10"/>
        </w:numPr>
        <w:spacing w:after="120" w:line="240" w:lineRule="auto"/>
        <w:rPr>
          <w:rFonts w:cs="Calibri Light"/>
          <w:sz w:val="22"/>
        </w:rPr>
      </w:pPr>
      <w:r w:rsidRPr="0075624D">
        <w:rPr>
          <w:rFonts w:cs="Calibri Light"/>
          <w:sz w:val="22"/>
        </w:rPr>
        <w:t>acting as high-profile ambassadors within CIEEM and externally to other professional bodies and learned societies, government agencies, organisations and the wider public;</w:t>
      </w:r>
    </w:p>
    <w:p w14:paraId="03B76879" w14:textId="77777777" w:rsidR="0075624D" w:rsidRPr="0075624D" w:rsidRDefault="0075624D" w:rsidP="00385EEF">
      <w:pPr>
        <w:pStyle w:val="ListParagraph"/>
        <w:spacing w:after="120"/>
        <w:rPr>
          <w:rFonts w:cs="Calibri Light"/>
          <w:sz w:val="22"/>
        </w:rPr>
      </w:pPr>
    </w:p>
    <w:p w14:paraId="2E2F9950" w14:textId="77777777" w:rsidR="0075624D" w:rsidRPr="0075624D" w:rsidRDefault="0075624D" w:rsidP="00385EEF">
      <w:pPr>
        <w:pStyle w:val="ListParagraph"/>
        <w:numPr>
          <w:ilvl w:val="0"/>
          <w:numId w:val="10"/>
        </w:numPr>
        <w:spacing w:after="120" w:line="240" w:lineRule="auto"/>
        <w:rPr>
          <w:rFonts w:cs="Calibri Light"/>
          <w:sz w:val="22"/>
        </w:rPr>
      </w:pPr>
      <w:r w:rsidRPr="0075624D">
        <w:rPr>
          <w:rFonts w:cs="Calibri Light"/>
          <w:sz w:val="22"/>
        </w:rPr>
        <w:t>participating in working groups, panels and committees;</w:t>
      </w:r>
    </w:p>
    <w:p w14:paraId="7319641B" w14:textId="77777777" w:rsidR="0075624D" w:rsidRPr="0075624D" w:rsidRDefault="0075624D" w:rsidP="00385EEF">
      <w:pPr>
        <w:pStyle w:val="ListParagraph"/>
        <w:spacing w:after="120"/>
        <w:ind w:left="0"/>
        <w:rPr>
          <w:rFonts w:cs="Calibri Light"/>
          <w:sz w:val="22"/>
        </w:rPr>
      </w:pPr>
    </w:p>
    <w:p w14:paraId="30225C0A" w14:textId="77777777" w:rsidR="0075624D" w:rsidRPr="0075624D" w:rsidRDefault="0075624D" w:rsidP="00385EEF">
      <w:pPr>
        <w:pStyle w:val="ListParagraph"/>
        <w:numPr>
          <w:ilvl w:val="0"/>
          <w:numId w:val="10"/>
        </w:numPr>
        <w:spacing w:after="120" w:line="240" w:lineRule="auto"/>
        <w:rPr>
          <w:rFonts w:cs="Calibri Light"/>
          <w:sz w:val="22"/>
        </w:rPr>
      </w:pPr>
      <w:r w:rsidRPr="0075624D">
        <w:rPr>
          <w:rFonts w:cs="Calibri Light"/>
          <w:sz w:val="22"/>
        </w:rPr>
        <w:t>advising on the future development and growth of the profession and CIEEM;</w:t>
      </w:r>
    </w:p>
    <w:p w14:paraId="3131CBC4" w14:textId="77777777" w:rsidR="0075624D" w:rsidRPr="0075624D" w:rsidRDefault="0075624D" w:rsidP="00385EEF">
      <w:pPr>
        <w:pStyle w:val="ListParagraph"/>
        <w:spacing w:after="120"/>
        <w:rPr>
          <w:rFonts w:cs="Calibri Light"/>
          <w:sz w:val="22"/>
        </w:rPr>
      </w:pPr>
    </w:p>
    <w:p w14:paraId="5E62F9C4" w14:textId="77777777" w:rsidR="0075624D" w:rsidRPr="0075624D" w:rsidRDefault="0075624D" w:rsidP="00385EEF">
      <w:pPr>
        <w:pStyle w:val="ListParagraph"/>
        <w:numPr>
          <w:ilvl w:val="0"/>
          <w:numId w:val="10"/>
        </w:numPr>
        <w:spacing w:after="120" w:line="240" w:lineRule="auto"/>
        <w:rPr>
          <w:rFonts w:cs="Calibri Light"/>
          <w:sz w:val="22"/>
        </w:rPr>
      </w:pPr>
      <w:r w:rsidRPr="0075624D">
        <w:rPr>
          <w:rFonts w:cs="Calibri Light"/>
          <w:sz w:val="22"/>
        </w:rPr>
        <w:t xml:space="preserve">fulfilling roles such as conference speakers, convenors, chairs and rapporteurs or helping to facilitate or host a variety of events. </w:t>
      </w:r>
    </w:p>
    <w:p w14:paraId="50EDA821" w14:textId="77777777" w:rsidR="0091285B" w:rsidRDefault="005F5C62">
      <w:pPr>
        <w:pStyle w:val="Heading2"/>
      </w:pPr>
      <w:r>
        <w:t>Eligibility</w:t>
      </w:r>
    </w:p>
    <w:p w14:paraId="4857C8BD" w14:textId="77777777" w:rsidR="0091285B" w:rsidRPr="00E84112" w:rsidRDefault="005F5C62">
      <w:pPr>
        <w:ind w:left="216"/>
        <w:rPr>
          <w:sz w:val="22"/>
        </w:rPr>
      </w:pPr>
      <w:r w:rsidRPr="00E84112">
        <w:rPr>
          <w:sz w:val="22"/>
        </w:rPr>
        <w:t>☐  I am currently a Full member of CIEEM.</w:t>
      </w:r>
    </w:p>
    <w:p w14:paraId="6ABCD0D3" w14:textId="77777777" w:rsidR="0091285B" w:rsidRPr="00E84112" w:rsidRDefault="005F5C62">
      <w:pPr>
        <w:ind w:left="216"/>
        <w:rPr>
          <w:sz w:val="22"/>
        </w:rPr>
      </w:pPr>
      <w:r w:rsidRPr="00E84112">
        <w:rPr>
          <w:sz w:val="22"/>
        </w:rPr>
        <w:t>☐  I am not the subject of an ongoing professional conduct investigation.</w:t>
      </w:r>
    </w:p>
    <w:p w14:paraId="10357708" w14:textId="77777777" w:rsidR="00385EEF" w:rsidRDefault="00385EEF">
      <w:pPr>
        <w:spacing w:after="200" w:line="276" w:lineRule="auto"/>
        <w:rPr>
          <w:rFonts w:asciiTheme="majorHAnsi" w:eastAsiaTheme="majorEastAsia" w:hAnsiTheme="majorHAnsi" w:cstheme="majorBidi"/>
          <w:b/>
          <w:bCs/>
          <w:color w:val="5E8C48"/>
          <w:sz w:val="28"/>
          <w:szCs w:val="26"/>
        </w:rPr>
      </w:pPr>
      <w:r>
        <w:br w:type="page"/>
      </w:r>
    </w:p>
    <w:p w14:paraId="68A42A82" w14:textId="244F45CC" w:rsidR="0091285B" w:rsidRDefault="005F5C62">
      <w:pPr>
        <w:pStyle w:val="Heading2"/>
      </w:pPr>
      <w:r>
        <w:lastRenderedPageBreak/>
        <w:t>The principal criterion</w:t>
      </w:r>
    </w:p>
    <w:tbl>
      <w:tblPr>
        <w:tblW w:w="0" w:type="auto"/>
        <w:jc w:val="center"/>
        <w:tblLook w:val="04A0" w:firstRow="1" w:lastRow="0" w:firstColumn="1" w:lastColumn="0" w:noHBand="0" w:noVBand="1"/>
      </w:tblPr>
      <w:tblGrid>
        <w:gridCol w:w="10166"/>
      </w:tblGrid>
      <w:tr w:rsidR="0091285B" w14:paraId="75C60829" w14:textId="77777777">
        <w:trPr>
          <w:jc w:val="center"/>
        </w:trPr>
        <w:tc>
          <w:tcPr>
            <w:tcW w:w="10166" w:type="dxa"/>
            <w:shd w:val="clear" w:color="auto" w:fill="EAF2E4"/>
            <w:tcMar>
              <w:top w:w="140" w:type="dxa"/>
              <w:left w:w="160" w:type="dxa"/>
              <w:bottom w:w="140" w:type="dxa"/>
              <w:right w:w="160" w:type="dxa"/>
            </w:tcMar>
          </w:tcPr>
          <w:p w14:paraId="7CFFA0BA" w14:textId="77777777" w:rsidR="0091285B" w:rsidRPr="00E84112" w:rsidRDefault="005F5C62">
            <w:pPr>
              <w:rPr>
                <w:sz w:val="22"/>
              </w:rPr>
            </w:pPr>
            <w:r w:rsidRPr="00E84112">
              <w:rPr>
                <w:b/>
                <w:color w:val="3C542C"/>
                <w:sz w:val="22"/>
              </w:rPr>
              <w:t>Notable and lasting contribution</w:t>
            </w:r>
            <w:r w:rsidRPr="00E84112">
              <w:rPr>
                <w:b/>
                <w:color w:val="3C542C"/>
                <w:sz w:val="22"/>
              </w:rPr>
              <w:br/>
            </w:r>
            <w:r w:rsidRPr="00E84112">
              <w:rPr>
                <w:sz w:val="22"/>
              </w:rPr>
              <w:t>“Notable” means worthy of attention or notice, or remarkable. “Lasting” means enduring, or able to endure over a long period. The distinction required for Fellowship lies in a contribution whose excellence sets it apart and whose influence on ecology and environmental management is enduring.</w:t>
            </w:r>
          </w:p>
        </w:tc>
      </w:tr>
    </w:tbl>
    <w:p w14:paraId="570B8D80" w14:textId="77777777" w:rsidR="0091285B" w:rsidRDefault="005F5C62">
      <w:pPr>
        <w:pStyle w:val="Heading2"/>
      </w:pPr>
      <w:r>
        <w:t>The five areas of contribution</w:t>
      </w:r>
    </w:p>
    <w:tbl>
      <w:tblPr>
        <w:tblStyle w:val="TableGrid"/>
        <w:tblW w:w="0" w:type="auto"/>
        <w:jc w:val="center"/>
        <w:tblLook w:val="04A0" w:firstRow="1" w:lastRow="0" w:firstColumn="1" w:lastColumn="0" w:noHBand="0" w:noVBand="1"/>
      </w:tblPr>
      <w:tblGrid>
        <w:gridCol w:w="5083"/>
        <w:gridCol w:w="5083"/>
      </w:tblGrid>
      <w:tr w:rsidR="0091285B" w:rsidRPr="001426AE" w14:paraId="5D0B4877" w14:textId="77777777" w:rsidTr="00041D38">
        <w:trPr>
          <w:trHeight w:val="1038"/>
          <w:jc w:val="center"/>
        </w:trPr>
        <w:tc>
          <w:tcPr>
            <w:tcW w:w="5083" w:type="dxa"/>
            <w:shd w:val="clear" w:color="auto" w:fill="EAF2E4"/>
            <w:tcMar>
              <w:top w:w="100" w:type="dxa"/>
              <w:left w:w="120" w:type="dxa"/>
              <w:bottom w:w="100" w:type="dxa"/>
              <w:right w:w="120" w:type="dxa"/>
            </w:tcMar>
            <w:vAlign w:val="center"/>
          </w:tcPr>
          <w:p w14:paraId="7140551E" w14:textId="77777777" w:rsidR="0091285B" w:rsidRPr="001426AE" w:rsidRDefault="005F5C62">
            <w:pPr>
              <w:rPr>
                <w:sz w:val="22"/>
              </w:rPr>
            </w:pPr>
            <w:r w:rsidRPr="001426AE">
              <w:rPr>
                <w:b/>
                <w:color w:val="3C542C"/>
                <w:sz w:val="22"/>
              </w:rPr>
              <w:t>1. Research</w:t>
            </w:r>
          </w:p>
        </w:tc>
        <w:tc>
          <w:tcPr>
            <w:tcW w:w="5083" w:type="dxa"/>
            <w:tcMar>
              <w:top w:w="100" w:type="dxa"/>
              <w:left w:w="120" w:type="dxa"/>
              <w:bottom w:w="100" w:type="dxa"/>
              <w:right w:w="120" w:type="dxa"/>
            </w:tcMar>
            <w:vAlign w:val="center"/>
          </w:tcPr>
          <w:p w14:paraId="4C0E5623" w14:textId="77777777" w:rsidR="0091285B" w:rsidRPr="001426AE" w:rsidRDefault="005F5C62" w:rsidP="00041D38">
            <w:pPr>
              <w:spacing w:after="0"/>
              <w:rPr>
                <w:sz w:val="22"/>
              </w:rPr>
            </w:pPr>
            <w:r w:rsidRPr="001426AE">
              <w:rPr>
                <w:sz w:val="22"/>
              </w:rPr>
              <w:t>Producing widely available research and analysis which has clearly influenced professional practice or intellectual endeavour in ecology and environmental management.</w:t>
            </w:r>
          </w:p>
        </w:tc>
      </w:tr>
      <w:tr w:rsidR="0091285B" w:rsidRPr="001426AE" w14:paraId="1603F642" w14:textId="77777777" w:rsidTr="00041D38">
        <w:trPr>
          <w:trHeight w:val="1531"/>
          <w:jc w:val="center"/>
        </w:trPr>
        <w:tc>
          <w:tcPr>
            <w:tcW w:w="5083" w:type="dxa"/>
            <w:shd w:val="clear" w:color="auto" w:fill="EAF2E4"/>
            <w:tcMar>
              <w:top w:w="100" w:type="dxa"/>
              <w:left w:w="120" w:type="dxa"/>
              <w:bottom w:w="100" w:type="dxa"/>
              <w:right w:w="120" w:type="dxa"/>
            </w:tcMar>
            <w:vAlign w:val="center"/>
          </w:tcPr>
          <w:p w14:paraId="14E7EF93" w14:textId="77777777" w:rsidR="0091285B" w:rsidRPr="001426AE" w:rsidRDefault="005F5C62">
            <w:pPr>
              <w:rPr>
                <w:sz w:val="22"/>
              </w:rPr>
            </w:pPr>
            <w:r w:rsidRPr="001426AE">
              <w:rPr>
                <w:b/>
                <w:color w:val="3C542C"/>
                <w:sz w:val="22"/>
              </w:rPr>
              <w:t>2. Professional standards</w:t>
            </w:r>
          </w:p>
        </w:tc>
        <w:tc>
          <w:tcPr>
            <w:tcW w:w="5083" w:type="dxa"/>
            <w:tcMar>
              <w:top w:w="100" w:type="dxa"/>
              <w:left w:w="120" w:type="dxa"/>
              <w:bottom w:w="100" w:type="dxa"/>
              <w:right w:w="120" w:type="dxa"/>
            </w:tcMar>
            <w:vAlign w:val="center"/>
          </w:tcPr>
          <w:p w14:paraId="20DE94EC" w14:textId="77777777" w:rsidR="0091285B" w:rsidRPr="001426AE" w:rsidRDefault="005F5C62" w:rsidP="00041D38">
            <w:pPr>
              <w:spacing w:after="0"/>
              <w:rPr>
                <w:sz w:val="22"/>
              </w:rPr>
            </w:pPr>
            <w:r w:rsidRPr="001426AE">
              <w:rPr>
                <w:sz w:val="22"/>
              </w:rPr>
              <w:t>Establishing or raising professional standards by leading specific advancements in professional development, quality standards or training; championing high standards and challenging poor practice appropriately and effectively.</w:t>
            </w:r>
          </w:p>
        </w:tc>
      </w:tr>
      <w:tr w:rsidR="0091285B" w:rsidRPr="001426AE" w14:paraId="34CABF13" w14:textId="77777777" w:rsidTr="00041D38">
        <w:trPr>
          <w:trHeight w:val="1226"/>
          <w:jc w:val="center"/>
        </w:trPr>
        <w:tc>
          <w:tcPr>
            <w:tcW w:w="5083" w:type="dxa"/>
            <w:shd w:val="clear" w:color="auto" w:fill="EAF2E4"/>
            <w:tcMar>
              <w:top w:w="100" w:type="dxa"/>
              <w:left w:w="120" w:type="dxa"/>
              <w:bottom w:w="100" w:type="dxa"/>
              <w:right w:w="120" w:type="dxa"/>
            </w:tcMar>
            <w:vAlign w:val="center"/>
          </w:tcPr>
          <w:p w14:paraId="310AF142" w14:textId="77777777" w:rsidR="0091285B" w:rsidRPr="001426AE" w:rsidRDefault="005F5C62">
            <w:pPr>
              <w:rPr>
                <w:sz w:val="22"/>
              </w:rPr>
            </w:pPr>
            <w:r w:rsidRPr="001426AE">
              <w:rPr>
                <w:b/>
                <w:color w:val="3C542C"/>
                <w:sz w:val="22"/>
              </w:rPr>
              <w:t>3. Legislation, policy or good practice</w:t>
            </w:r>
          </w:p>
        </w:tc>
        <w:tc>
          <w:tcPr>
            <w:tcW w:w="5083" w:type="dxa"/>
            <w:tcMar>
              <w:top w:w="100" w:type="dxa"/>
              <w:left w:w="120" w:type="dxa"/>
              <w:bottom w:w="100" w:type="dxa"/>
              <w:right w:w="120" w:type="dxa"/>
            </w:tcMar>
            <w:vAlign w:val="center"/>
          </w:tcPr>
          <w:p w14:paraId="0BD63C0F" w14:textId="77777777" w:rsidR="0091285B" w:rsidRPr="001426AE" w:rsidRDefault="005F5C62" w:rsidP="00041D38">
            <w:pPr>
              <w:spacing w:after="0"/>
              <w:rPr>
                <w:sz w:val="22"/>
              </w:rPr>
            </w:pPr>
            <w:r w:rsidRPr="001426AE">
              <w:rPr>
                <w:sz w:val="22"/>
              </w:rPr>
              <w:t>Playing a leading role in the development and implementation of legislation, policy or good practice which has contributed to ecology and environmental management.</w:t>
            </w:r>
          </w:p>
        </w:tc>
      </w:tr>
      <w:tr w:rsidR="0091285B" w:rsidRPr="001426AE" w14:paraId="433BBEA2" w14:textId="77777777">
        <w:trPr>
          <w:jc w:val="center"/>
        </w:trPr>
        <w:tc>
          <w:tcPr>
            <w:tcW w:w="5083" w:type="dxa"/>
            <w:shd w:val="clear" w:color="auto" w:fill="EAF2E4"/>
            <w:tcMar>
              <w:top w:w="100" w:type="dxa"/>
              <w:left w:w="120" w:type="dxa"/>
              <w:bottom w:w="100" w:type="dxa"/>
              <w:right w:w="120" w:type="dxa"/>
            </w:tcMar>
            <w:vAlign w:val="center"/>
          </w:tcPr>
          <w:p w14:paraId="61111B82" w14:textId="77777777" w:rsidR="0091285B" w:rsidRPr="001426AE" w:rsidRDefault="005F5C62">
            <w:pPr>
              <w:rPr>
                <w:sz w:val="22"/>
              </w:rPr>
            </w:pPr>
            <w:r w:rsidRPr="001426AE">
              <w:rPr>
                <w:b/>
                <w:color w:val="3C542C"/>
                <w:sz w:val="22"/>
              </w:rPr>
              <w:t>4. Professionalism, diversity or inclusivity</w:t>
            </w:r>
          </w:p>
        </w:tc>
        <w:tc>
          <w:tcPr>
            <w:tcW w:w="5083" w:type="dxa"/>
            <w:tcMar>
              <w:top w:w="100" w:type="dxa"/>
              <w:left w:w="120" w:type="dxa"/>
              <w:bottom w:w="100" w:type="dxa"/>
              <w:right w:w="120" w:type="dxa"/>
            </w:tcMar>
            <w:vAlign w:val="center"/>
          </w:tcPr>
          <w:p w14:paraId="685941BC" w14:textId="77777777" w:rsidR="0091285B" w:rsidRPr="001426AE" w:rsidRDefault="005F5C62" w:rsidP="00041D38">
            <w:pPr>
              <w:spacing w:after="0"/>
              <w:rPr>
                <w:sz w:val="22"/>
              </w:rPr>
            </w:pPr>
            <w:r w:rsidRPr="001426AE">
              <w:rPr>
                <w:sz w:val="22"/>
              </w:rPr>
              <w:t>Sustained promotion of the value of ecology and environmental management roles; promoting professionalism, diversity or inclusivity across the sector and beyond the applicant’s own organisation.</w:t>
            </w:r>
          </w:p>
        </w:tc>
      </w:tr>
      <w:tr w:rsidR="0091285B" w:rsidRPr="001426AE" w14:paraId="120ABDB4" w14:textId="77777777">
        <w:trPr>
          <w:jc w:val="center"/>
        </w:trPr>
        <w:tc>
          <w:tcPr>
            <w:tcW w:w="5083" w:type="dxa"/>
            <w:shd w:val="clear" w:color="auto" w:fill="EAF2E4"/>
            <w:tcMar>
              <w:top w:w="100" w:type="dxa"/>
              <w:left w:w="120" w:type="dxa"/>
              <w:bottom w:w="100" w:type="dxa"/>
              <w:right w:w="120" w:type="dxa"/>
            </w:tcMar>
            <w:vAlign w:val="center"/>
          </w:tcPr>
          <w:p w14:paraId="660D37EC" w14:textId="77777777" w:rsidR="0091285B" w:rsidRPr="001426AE" w:rsidRDefault="005F5C62">
            <w:pPr>
              <w:rPr>
                <w:sz w:val="22"/>
              </w:rPr>
            </w:pPr>
            <w:r w:rsidRPr="001426AE">
              <w:rPr>
                <w:b/>
                <w:color w:val="3C542C"/>
                <w:sz w:val="22"/>
              </w:rPr>
              <w:t>5. Innovation</w:t>
            </w:r>
          </w:p>
        </w:tc>
        <w:tc>
          <w:tcPr>
            <w:tcW w:w="5083" w:type="dxa"/>
            <w:tcMar>
              <w:top w:w="100" w:type="dxa"/>
              <w:left w:w="120" w:type="dxa"/>
              <w:bottom w:w="100" w:type="dxa"/>
              <w:right w:w="120" w:type="dxa"/>
            </w:tcMar>
            <w:vAlign w:val="center"/>
          </w:tcPr>
          <w:p w14:paraId="2427483B" w14:textId="77777777" w:rsidR="0091285B" w:rsidRPr="001426AE" w:rsidRDefault="005F5C62" w:rsidP="00041D38">
            <w:pPr>
              <w:spacing w:after="0"/>
              <w:rPr>
                <w:sz w:val="22"/>
              </w:rPr>
            </w:pPr>
            <w:r w:rsidRPr="001426AE">
              <w:rPr>
                <w:sz w:val="22"/>
              </w:rPr>
              <w:t>Establishing or advancing new principles, policies, partnerships, ways of working, practical applications or techniques which have advanced the science or practice of ecology or environmental management.</w:t>
            </w:r>
          </w:p>
        </w:tc>
      </w:tr>
    </w:tbl>
    <w:p w14:paraId="1FBD99A6" w14:textId="77777777" w:rsidR="001426AE" w:rsidRDefault="001426AE" w:rsidP="001426AE">
      <w:pPr>
        <w:pStyle w:val="Heading2"/>
      </w:pPr>
      <w:r>
        <w:t>Professional standing</w:t>
      </w:r>
    </w:p>
    <w:p w14:paraId="47BC3BD0" w14:textId="77777777" w:rsidR="001426AE" w:rsidRPr="00E84112" w:rsidRDefault="001426AE" w:rsidP="001426AE">
      <w:pPr>
        <w:rPr>
          <w:sz w:val="22"/>
        </w:rPr>
      </w:pPr>
      <w:r w:rsidRPr="00E84112">
        <w:rPr>
          <w:sz w:val="22"/>
        </w:rPr>
        <w:t>The application and testimonial should also demonstrate that the applicant is highly respected and has high integrity.</w:t>
      </w:r>
    </w:p>
    <w:p w14:paraId="1B4F717B" w14:textId="77777777" w:rsidR="001426AE" w:rsidRPr="00E84112" w:rsidRDefault="001426AE" w:rsidP="001426AE">
      <w:pPr>
        <w:pStyle w:val="ListBullet"/>
        <w:rPr>
          <w:sz w:val="22"/>
        </w:rPr>
      </w:pPr>
      <w:r w:rsidRPr="00E84112">
        <w:rPr>
          <w:sz w:val="22"/>
        </w:rPr>
        <w:t>Highly respected: informed people admire or pay heed to the applicant’s judgement, advice, research and decisions, even where they may disagree.</w:t>
      </w:r>
    </w:p>
    <w:p w14:paraId="51C14A22" w14:textId="77777777" w:rsidR="001426AE" w:rsidRPr="00E84112" w:rsidRDefault="001426AE" w:rsidP="001426AE">
      <w:pPr>
        <w:pStyle w:val="ListBullet"/>
        <w:rPr>
          <w:sz w:val="22"/>
        </w:rPr>
      </w:pPr>
      <w:r w:rsidRPr="00E84112">
        <w:rPr>
          <w:sz w:val="22"/>
        </w:rPr>
        <w:t>High integrity: members, employers, clients, decision-makers and the public can trust the applicant’s professional work, judgement and opinion, and the applicant can be entrusted with confidential or sensitive information.</w:t>
      </w:r>
    </w:p>
    <w:p w14:paraId="411C53B2" w14:textId="2CFBA704" w:rsidR="0091285B" w:rsidRDefault="005F5C62">
      <w:r>
        <w:br w:type="page"/>
      </w:r>
    </w:p>
    <w:p w14:paraId="76C39B11" w14:textId="77777777" w:rsidR="0091285B" w:rsidRDefault="005F5C62">
      <w:pPr>
        <w:pStyle w:val="Heading1"/>
      </w:pPr>
      <w:r>
        <w:lastRenderedPageBreak/>
        <w:t>Part A. Applicant details</w:t>
      </w:r>
    </w:p>
    <w:tbl>
      <w:tblPr>
        <w:tblStyle w:val="TableGrid"/>
        <w:tblW w:w="0" w:type="auto"/>
        <w:jc w:val="center"/>
        <w:tblLook w:val="04A0" w:firstRow="1" w:lastRow="0" w:firstColumn="1" w:lastColumn="0" w:noHBand="0" w:noVBand="1"/>
      </w:tblPr>
      <w:tblGrid>
        <w:gridCol w:w="4395"/>
        <w:gridCol w:w="5771"/>
      </w:tblGrid>
      <w:tr w:rsidR="0091285B" w:rsidRPr="00A73E1F" w14:paraId="698A553D" w14:textId="77777777" w:rsidTr="00976210">
        <w:trPr>
          <w:jc w:val="center"/>
        </w:trPr>
        <w:tc>
          <w:tcPr>
            <w:tcW w:w="4395" w:type="dxa"/>
            <w:shd w:val="clear" w:color="auto" w:fill="EAF2E4"/>
            <w:tcMar>
              <w:top w:w="100" w:type="dxa"/>
              <w:left w:w="120" w:type="dxa"/>
              <w:bottom w:w="100" w:type="dxa"/>
              <w:right w:w="120" w:type="dxa"/>
            </w:tcMar>
            <w:vAlign w:val="center"/>
          </w:tcPr>
          <w:p w14:paraId="4920DF59" w14:textId="5A75D239" w:rsidR="0091285B" w:rsidRPr="00A73E1F" w:rsidRDefault="005F5C62">
            <w:pPr>
              <w:rPr>
                <w:sz w:val="22"/>
              </w:rPr>
            </w:pPr>
            <w:r w:rsidRPr="00A73E1F">
              <w:rPr>
                <w:b/>
                <w:color w:val="3C542C"/>
                <w:sz w:val="22"/>
              </w:rPr>
              <w:t>Title</w:t>
            </w:r>
            <w:r w:rsidR="007C1B53">
              <w:rPr>
                <w:b/>
                <w:color w:val="3C542C"/>
                <w:sz w:val="22"/>
              </w:rPr>
              <w:t>:</w:t>
            </w:r>
          </w:p>
        </w:tc>
        <w:tc>
          <w:tcPr>
            <w:tcW w:w="5771" w:type="dxa"/>
            <w:tcMar>
              <w:top w:w="100" w:type="dxa"/>
              <w:left w:w="120" w:type="dxa"/>
              <w:bottom w:w="100" w:type="dxa"/>
              <w:right w:w="120" w:type="dxa"/>
            </w:tcMar>
            <w:vAlign w:val="center"/>
          </w:tcPr>
          <w:p w14:paraId="0D25430F" w14:textId="77777777" w:rsidR="0091285B" w:rsidRPr="00A73E1F" w:rsidRDefault="005F5C62">
            <w:pPr>
              <w:rPr>
                <w:sz w:val="22"/>
              </w:rPr>
            </w:pPr>
            <w:r w:rsidRPr="00A73E1F">
              <w:rPr>
                <w:sz w:val="22"/>
              </w:rPr>
              <w:br/>
            </w:r>
          </w:p>
        </w:tc>
      </w:tr>
      <w:tr w:rsidR="0091285B" w:rsidRPr="00A73E1F" w14:paraId="6BFC23D8" w14:textId="77777777" w:rsidTr="00976210">
        <w:trPr>
          <w:jc w:val="center"/>
        </w:trPr>
        <w:tc>
          <w:tcPr>
            <w:tcW w:w="4395" w:type="dxa"/>
            <w:shd w:val="clear" w:color="auto" w:fill="EAF2E4"/>
            <w:tcMar>
              <w:top w:w="100" w:type="dxa"/>
              <w:left w:w="120" w:type="dxa"/>
              <w:bottom w:w="100" w:type="dxa"/>
              <w:right w:w="120" w:type="dxa"/>
            </w:tcMar>
            <w:vAlign w:val="center"/>
          </w:tcPr>
          <w:p w14:paraId="7AF4E73D" w14:textId="750EACE5" w:rsidR="0091285B" w:rsidRPr="00A73E1F" w:rsidRDefault="005F5C62">
            <w:pPr>
              <w:rPr>
                <w:sz w:val="22"/>
              </w:rPr>
            </w:pPr>
            <w:r w:rsidRPr="00A73E1F">
              <w:rPr>
                <w:b/>
                <w:color w:val="3C542C"/>
                <w:sz w:val="22"/>
              </w:rPr>
              <w:t>Forename(s)</w:t>
            </w:r>
            <w:r w:rsidR="007C1B53">
              <w:rPr>
                <w:b/>
                <w:color w:val="3C542C"/>
                <w:sz w:val="22"/>
              </w:rPr>
              <w:t>:</w:t>
            </w:r>
          </w:p>
        </w:tc>
        <w:tc>
          <w:tcPr>
            <w:tcW w:w="5771" w:type="dxa"/>
            <w:tcMar>
              <w:top w:w="100" w:type="dxa"/>
              <w:left w:w="120" w:type="dxa"/>
              <w:bottom w:w="100" w:type="dxa"/>
              <w:right w:w="120" w:type="dxa"/>
            </w:tcMar>
            <w:vAlign w:val="center"/>
          </w:tcPr>
          <w:p w14:paraId="20580673" w14:textId="77777777" w:rsidR="0091285B" w:rsidRPr="00A73E1F" w:rsidRDefault="005F5C62">
            <w:pPr>
              <w:rPr>
                <w:sz w:val="22"/>
              </w:rPr>
            </w:pPr>
            <w:r w:rsidRPr="00A73E1F">
              <w:rPr>
                <w:sz w:val="22"/>
              </w:rPr>
              <w:br/>
            </w:r>
          </w:p>
        </w:tc>
      </w:tr>
      <w:tr w:rsidR="0091285B" w:rsidRPr="00A73E1F" w14:paraId="33C8E775" w14:textId="77777777" w:rsidTr="00976210">
        <w:trPr>
          <w:jc w:val="center"/>
        </w:trPr>
        <w:tc>
          <w:tcPr>
            <w:tcW w:w="4395" w:type="dxa"/>
            <w:shd w:val="clear" w:color="auto" w:fill="EAF2E4"/>
            <w:tcMar>
              <w:top w:w="100" w:type="dxa"/>
              <w:left w:w="120" w:type="dxa"/>
              <w:bottom w:w="100" w:type="dxa"/>
              <w:right w:w="120" w:type="dxa"/>
            </w:tcMar>
            <w:vAlign w:val="center"/>
          </w:tcPr>
          <w:p w14:paraId="42F80CE8" w14:textId="4F0BC560" w:rsidR="0091285B" w:rsidRPr="00A73E1F" w:rsidRDefault="005F5C62">
            <w:pPr>
              <w:rPr>
                <w:sz w:val="22"/>
              </w:rPr>
            </w:pPr>
            <w:r w:rsidRPr="00A73E1F">
              <w:rPr>
                <w:b/>
                <w:color w:val="3C542C"/>
                <w:sz w:val="22"/>
              </w:rPr>
              <w:t>Surname</w:t>
            </w:r>
            <w:r w:rsidR="007C1B53">
              <w:rPr>
                <w:b/>
                <w:color w:val="3C542C"/>
                <w:sz w:val="22"/>
              </w:rPr>
              <w:t>:</w:t>
            </w:r>
          </w:p>
        </w:tc>
        <w:tc>
          <w:tcPr>
            <w:tcW w:w="5771" w:type="dxa"/>
            <w:tcMar>
              <w:top w:w="100" w:type="dxa"/>
              <w:left w:w="120" w:type="dxa"/>
              <w:bottom w:w="100" w:type="dxa"/>
              <w:right w:w="120" w:type="dxa"/>
            </w:tcMar>
            <w:vAlign w:val="center"/>
          </w:tcPr>
          <w:p w14:paraId="4113E870" w14:textId="77777777" w:rsidR="0091285B" w:rsidRPr="00A73E1F" w:rsidRDefault="005F5C62">
            <w:pPr>
              <w:rPr>
                <w:sz w:val="22"/>
              </w:rPr>
            </w:pPr>
            <w:r w:rsidRPr="00A73E1F">
              <w:rPr>
                <w:sz w:val="22"/>
              </w:rPr>
              <w:br/>
            </w:r>
          </w:p>
        </w:tc>
      </w:tr>
      <w:tr w:rsidR="0091285B" w:rsidRPr="00A73E1F" w14:paraId="2ECFD919" w14:textId="77777777" w:rsidTr="00976210">
        <w:trPr>
          <w:jc w:val="center"/>
        </w:trPr>
        <w:tc>
          <w:tcPr>
            <w:tcW w:w="4395" w:type="dxa"/>
            <w:shd w:val="clear" w:color="auto" w:fill="EAF2E4"/>
            <w:tcMar>
              <w:top w:w="100" w:type="dxa"/>
              <w:left w:w="120" w:type="dxa"/>
              <w:bottom w:w="100" w:type="dxa"/>
              <w:right w:w="120" w:type="dxa"/>
            </w:tcMar>
            <w:vAlign w:val="center"/>
          </w:tcPr>
          <w:p w14:paraId="6A5599C8" w14:textId="119FDB34" w:rsidR="0091285B" w:rsidRPr="00A73E1F" w:rsidRDefault="005F5C62">
            <w:pPr>
              <w:rPr>
                <w:sz w:val="22"/>
              </w:rPr>
            </w:pPr>
            <w:r w:rsidRPr="00A73E1F">
              <w:rPr>
                <w:b/>
                <w:color w:val="3C542C"/>
                <w:sz w:val="22"/>
              </w:rPr>
              <w:t>Preferred email</w:t>
            </w:r>
            <w:r w:rsidR="007C1B53">
              <w:rPr>
                <w:b/>
                <w:color w:val="3C542C"/>
                <w:sz w:val="22"/>
              </w:rPr>
              <w:t>:</w:t>
            </w:r>
          </w:p>
        </w:tc>
        <w:tc>
          <w:tcPr>
            <w:tcW w:w="5771" w:type="dxa"/>
            <w:tcMar>
              <w:top w:w="100" w:type="dxa"/>
              <w:left w:w="120" w:type="dxa"/>
              <w:bottom w:w="100" w:type="dxa"/>
              <w:right w:w="120" w:type="dxa"/>
            </w:tcMar>
            <w:vAlign w:val="center"/>
          </w:tcPr>
          <w:p w14:paraId="70F980D2" w14:textId="77777777" w:rsidR="0091285B" w:rsidRPr="00A73E1F" w:rsidRDefault="005F5C62">
            <w:pPr>
              <w:rPr>
                <w:sz w:val="22"/>
              </w:rPr>
            </w:pPr>
            <w:r w:rsidRPr="00A73E1F">
              <w:rPr>
                <w:sz w:val="22"/>
              </w:rPr>
              <w:br/>
            </w:r>
          </w:p>
        </w:tc>
      </w:tr>
      <w:tr w:rsidR="0091285B" w:rsidRPr="00A73E1F" w14:paraId="0C524141" w14:textId="77777777" w:rsidTr="00976210">
        <w:trPr>
          <w:jc w:val="center"/>
        </w:trPr>
        <w:tc>
          <w:tcPr>
            <w:tcW w:w="4395" w:type="dxa"/>
            <w:shd w:val="clear" w:color="auto" w:fill="EAF2E4"/>
            <w:tcMar>
              <w:top w:w="100" w:type="dxa"/>
              <w:left w:w="120" w:type="dxa"/>
              <w:bottom w:w="100" w:type="dxa"/>
              <w:right w:w="120" w:type="dxa"/>
            </w:tcMar>
            <w:vAlign w:val="center"/>
          </w:tcPr>
          <w:p w14:paraId="76C861A1" w14:textId="3CA91FE0" w:rsidR="0091285B" w:rsidRPr="00A73E1F" w:rsidRDefault="005F5C62">
            <w:pPr>
              <w:rPr>
                <w:sz w:val="22"/>
              </w:rPr>
            </w:pPr>
            <w:r w:rsidRPr="00A73E1F">
              <w:rPr>
                <w:b/>
                <w:color w:val="3C542C"/>
                <w:sz w:val="22"/>
              </w:rPr>
              <w:t>Telephone</w:t>
            </w:r>
            <w:r w:rsidR="007C1B53">
              <w:rPr>
                <w:b/>
                <w:color w:val="3C542C"/>
                <w:sz w:val="22"/>
              </w:rPr>
              <w:t>:</w:t>
            </w:r>
          </w:p>
        </w:tc>
        <w:tc>
          <w:tcPr>
            <w:tcW w:w="5771" w:type="dxa"/>
            <w:tcMar>
              <w:top w:w="100" w:type="dxa"/>
              <w:left w:w="120" w:type="dxa"/>
              <w:bottom w:w="100" w:type="dxa"/>
              <w:right w:w="120" w:type="dxa"/>
            </w:tcMar>
            <w:vAlign w:val="center"/>
          </w:tcPr>
          <w:p w14:paraId="00565D9F" w14:textId="77777777" w:rsidR="0091285B" w:rsidRPr="00A73E1F" w:rsidRDefault="005F5C62">
            <w:pPr>
              <w:rPr>
                <w:sz w:val="22"/>
              </w:rPr>
            </w:pPr>
            <w:r w:rsidRPr="00A73E1F">
              <w:rPr>
                <w:sz w:val="22"/>
              </w:rPr>
              <w:br/>
            </w:r>
          </w:p>
        </w:tc>
      </w:tr>
      <w:tr w:rsidR="0091285B" w:rsidRPr="00A73E1F" w14:paraId="4F485765" w14:textId="77777777" w:rsidTr="00976210">
        <w:trPr>
          <w:jc w:val="center"/>
        </w:trPr>
        <w:tc>
          <w:tcPr>
            <w:tcW w:w="4395" w:type="dxa"/>
            <w:shd w:val="clear" w:color="auto" w:fill="EAF2E4"/>
            <w:tcMar>
              <w:top w:w="100" w:type="dxa"/>
              <w:left w:w="120" w:type="dxa"/>
              <w:bottom w:w="100" w:type="dxa"/>
              <w:right w:w="120" w:type="dxa"/>
            </w:tcMar>
            <w:vAlign w:val="center"/>
          </w:tcPr>
          <w:p w14:paraId="4A9E1FB3" w14:textId="3F38A0E1" w:rsidR="0091285B" w:rsidRPr="00A73E1F" w:rsidRDefault="005F5C62">
            <w:pPr>
              <w:rPr>
                <w:sz w:val="22"/>
              </w:rPr>
            </w:pPr>
            <w:r w:rsidRPr="00A73E1F">
              <w:rPr>
                <w:b/>
                <w:color w:val="3C542C"/>
                <w:sz w:val="22"/>
              </w:rPr>
              <w:t>Current employer / organisation (if applicable)</w:t>
            </w:r>
            <w:r w:rsidR="007C1B53">
              <w:rPr>
                <w:b/>
                <w:color w:val="3C542C"/>
                <w:sz w:val="22"/>
              </w:rPr>
              <w:t>:</w:t>
            </w:r>
          </w:p>
        </w:tc>
        <w:tc>
          <w:tcPr>
            <w:tcW w:w="5771" w:type="dxa"/>
            <w:tcMar>
              <w:top w:w="100" w:type="dxa"/>
              <w:left w:w="120" w:type="dxa"/>
              <w:bottom w:w="100" w:type="dxa"/>
              <w:right w:w="120" w:type="dxa"/>
            </w:tcMar>
            <w:vAlign w:val="center"/>
          </w:tcPr>
          <w:p w14:paraId="2F32EA04" w14:textId="77777777" w:rsidR="0091285B" w:rsidRPr="00A73E1F" w:rsidRDefault="005F5C62">
            <w:pPr>
              <w:rPr>
                <w:sz w:val="22"/>
              </w:rPr>
            </w:pPr>
            <w:r w:rsidRPr="00A73E1F">
              <w:rPr>
                <w:sz w:val="22"/>
              </w:rPr>
              <w:br/>
            </w:r>
          </w:p>
        </w:tc>
      </w:tr>
      <w:tr w:rsidR="0091285B" w:rsidRPr="00A73E1F" w14:paraId="0B1A1D2A" w14:textId="77777777" w:rsidTr="00976210">
        <w:trPr>
          <w:jc w:val="center"/>
        </w:trPr>
        <w:tc>
          <w:tcPr>
            <w:tcW w:w="4395" w:type="dxa"/>
            <w:shd w:val="clear" w:color="auto" w:fill="EAF2E4"/>
            <w:tcMar>
              <w:top w:w="100" w:type="dxa"/>
              <w:left w:w="120" w:type="dxa"/>
              <w:bottom w:w="100" w:type="dxa"/>
              <w:right w:w="120" w:type="dxa"/>
            </w:tcMar>
            <w:vAlign w:val="center"/>
          </w:tcPr>
          <w:p w14:paraId="254DA385" w14:textId="7A809CAB" w:rsidR="0091285B" w:rsidRPr="00A73E1F" w:rsidRDefault="005F5C62">
            <w:pPr>
              <w:rPr>
                <w:sz w:val="22"/>
              </w:rPr>
            </w:pPr>
            <w:r w:rsidRPr="00A73E1F">
              <w:rPr>
                <w:b/>
                <w:color w:val="3C542C"/>
                <w:sz w:val="22"/>
              </w:rPr>
              <w:t>Current role / position (if applicable)</w:t>
            </w:r>
            <w:r w:rsidR="007C1B53">
              <w:rPr>
                <w:b/>
                <w:color w:val="3C542C"/>
                <w:sz w:val="22"/>
              </w:rPr>
              <w:t>:</w:t>
            </w:r>
          </w:p>
        </w:tc>
        <w:tc>
          <w:tcPr>
            <w:tcW w:w="5771" w:type="dxa"/>
            <w:tcMar>
              <w:top w:w="100" w:type="dxa"/>
              <w:left w:w="120" w:type="dxa"/>
              <w:bottom w:w="100" w:type="dxa"/>
              <w:right w:w="120" w:type="dxa"/>
            </w:tcMar>
            <w:vAlign w:val="center"/>
          </w:tcPr>
          <w:p w14:paraId="2E86F963" w14:textId="77777777" w:rsidR="0091285B" w:rsidRPr="00A73E1F" w:rsidRDefault="005F5C62">
            <w:pPr>
              <w:rPr>
                <w:sz w:val="22"/>
              </w:rPr>
            </w:pPr>
            <w:r w:rsidRPr="00A73E1F">
              <w:rPr>
                <w:sz w:val="22"/>
              </w:rPr>
              <w:br/>
            </w:r>
          </w:p>
        </w:tc>
      </w:tr>
      <w:tr w:rsidR="0091285B" w:rsidRPr="00A73E1F" w14:paraId="27D2EEF1" w14:textId="77777777" w:rsidTr="00976210">
        <w:trPr>
          <w:jc w:val="center"/>
        </w:trPr>
        <w:tc>
          <w:tcPr>
            <w:tcW w:w="4395" w:type="dxa"/>
            <w:shd w:val="clear" w:color="auto" w:fill="EAF2E4"/>
            <w:tcMar>
              <w:top w:w="100" w:type="dxa"/>
              <w:left w:w="120" w:type="dxa"/>
              <w:bottom w:w="100" w:type="dxa"/>
              <w:right w:w="120" w:type="dxa"/>
            </w:tcMar>
            <w:vAlign w:val="center"/>
          </w:tcPr>
          <w:p w14:paraId="03DD91B4" w14:textId="33075085" w:rsidR="0091285B" w:rsidRPr="00A73E1F" w:rsidRDefault="005F5C62">
            <w:pPr>
              <w:rPr>
                <w:sz w:val="22"/>
              </w:rPr>
            </w:pPr>
            <w:r w:rsidRPr="00A73E1F">
              <w:rPr>
                <w:b/>
                <w:color w:val="3C542C"/>
                <w:sz w:val="22"/>
              </w:rPr>
              <w:t>Preferred correspondence address</w:t>
            </w:r>
            <w:r w:rsidR="007C1B53">
              <w:rPr>
                <w:b/>
                <w:color w:val="3C542C"/>
                <w:sz w:val="22"/>
              </w:rPr>
              <w:t>:</w:t>
            </w:r>
          </w:p>
        </w:tc>
        <w:tc>
          <w:tcPr>
            <w:tcW w:w="5771" w:type="dxa"/>
            <w:tcMar>
              <w:top w:w="100" w:type="dxa"/>
              <w:left w:w="120" w:type="dxa"/>
              <w:bottom w:w="100" w:type="dxa"/>
              <w:right w:w="120" w:type="dxa"/>
            </w:tcMar>
            <w:vAlign w:val="center"/>
          </w:tcPr>
          <w:p w14:paraId="662B57C4" w14:textId="77777777" w:rsidR="0091285B" w:rsidRPr="00A73E1F" w:rsidRDefault="005F5C62">
            <w:pPr>
              <w:rPr>
                <w:sz w:val="22"/>
              </w:rPr>
            </w:pPr>
            <w:r w:rsidRPr="00A73E1F">
              <w:rPr>
                <w:sz w:val="22"/>
              </w:rPr>
              <w:br/>
            </w:r>
          </w:p>
        </w:tc>
      </w:tr>
    </w:tbl>
    <w:p w14:paraId="62256D3D" w14:textId="77777777" w:rsidR="0091285B" w:rsidRDefault="0091285B">
      <w:pPr>
        <w:spacing w:after="0"/>
      </w:pPr>
    </w:p>
    <w:p w14:paraId="3F177D0F" w14:textId="77777777" w:rsidR="005E0AA6" w:rsidRDefault="005E0AA6">
      <w:pPr>
        <w:spacing w:after="200" w:line="276" w:lineRule="auto"/>
        <w:rPr>
          <w:rFonts w:asciiTheme="majorHAnsi" w:eastAsiaTheme="majorEastAsia" w:hAnsiTheme="majorHAnsi" w:cstheme="majorBidi"/>
          <w:b/>
          <w:bCs/>
          <w:color w:val="3C542C"/>
          <w:sz w:val="34"/>
          <w:szCs w:val="28"/>
        </w:rPr>
      </w:pPr>
      <w:r>
        <w:br w:type="page"/>
      </w:r>
    </w:p>
    <w:p w14:paraId="638324C5" w14:textId="28C23FD4" w:rsidR="0091285B" w:rsidRDefault="005F5C62">
      <w:pPr>
        <w:pStyle w:val="Heading1"/>
      </w:pPr>
      <w:r>
        <w:lastRenderedPageBreak/>
        <w:t>Part B. Career and professional recognition</w:t>
      </w:r>
    </w:p>
    <w:p w14:paraId="392676B4" w14:textId="77777777" w:rsidR="0091285B" w:rsidRPr="00A73E1F" w:rsidRDefault="005F5C62">
      <w:pPr>
        <w:rPr>
          <w:sz w:val="22"/>
        </w:rPr>
      </w:pPr>
      <w:r w:rsidRPr="00A73E1F">
        <w:rPr>
          <w:sz w:val="22"/>
        </w:rPr>
        <w:t>Attach a detailed, current CV. Use the fields below only to highlight information that is particularly relevant to the Fellowship case; avoid duplicating the whole CV.</w:t>
      </w:r>
    </w:p>
    <w:tbl>
      <w:tblPr>
        <w:tblStyle w:val="TableGrid"/>
        <w:tblW w:w="0" w:type="auto"/>
        <w:jc w:val="center"/>
        <w:tblLook w:val="04A0" w:firstRow="1" w:lastRow="0" w:firstColumn="1" w:lastColumn="0" w:noHBand="0" w:noVBand="1"/>
      </w:tblPr>
      <w:tblGrid>
        <w:gridCol w:w="10166"/>
      </w:tblGrid>
      <w:tr w:rsidR="0091285B" w:rsidRPr="00A73E1F" w14:paraId="30A2F0EF" w14:textId="77777777">
        <w:trPr>
          <w:jc w:val="center"/>
        </w:trPr>
        <w:tc>
          <w:tcPr>
            <w:tcW w:w="10166" w:type="dxa"/>
            <w:shd w:val="clear" w:color="auto" w:fill="3C542C"/>
            <w:tcMar>
              <w:top w:w="100" w:type="dxa"/>
              <w:left w:w="120" w:type="dxa"/>
              <w:bottom w:w="100" w:type="dxa"/>
              <w:right w:w="120" w:type="dxa"/>
            </w:tcMar>
            <w:vAlign w:val="center"/>
          </w:tcPr>
          <w:p w14:paraId="13A4B43B" w14:textId="77777777" w:rsidR="0091285B" w:rsidRPr="00A73E1F" w:rsidRDefault="005F5C62">
            <w:pPr>
              <w:rPr>
                <w:sz w:val="22"/>
              </w:rPr>
            </w:pPr>
            <w:r w:rsidRPr="00A73E1F">
              <w:rPr>
                <w:b/>
                <w:color w:val="FFFFFF"/>
                <w:sz w:val="22"/>
              </w:rPr>
              <w:t>Professional profile</w:t>
            </w:r>
          </w:p>
        </w:tc>
      </w:tr>
      <w:tr w:rsidR="0091285B" w:rsidRPr="00A73E1F" w14:paraId="3E6851DD" w14:textId="77777777">
        <w:trPr>
          <w:jc w:val="center"/>
        </w:trPr>
        <w:tc>
          <w:tcPr>
            <w:tcW w:w="10166" w:type="dxa"/>
            <w:tcMar>
              <w:top w:w="100" w:type="dxa"/>
              <w:left w:w="120" w:type="dxa"/>
              <w:bottom w:w="100" w:type="dxa"/>
              <w:right w:w="120" w:type="dxa"/>
            </w:tcMar>
            <w:vAlign w:val="center"/>
          </w:tcPr>
          <w:p w14:paraId="7601CED2" w14:textId="714ABF9F" w:rsidR="0091285B" w:rsidRPr="00A73E1F" w:rsidRDefault="005F5C62">
            <w:pPr>
              <w:rPr>
                <w:sz w:val="22"/>
              </w:rPr>
            </w:pPr>
            <w:r w:rsidRPr="00A73E1F">
              <w:rPr>
                <w:sz w:val="22"/>
              </w:rPr>
              <w:t>Summarise your career, principal fields of practice and the context for your contribution.</w:t>
            </w:r>
            <w:r w:rsidR="00A73E1F">
              <w:rPr>
                <w:sz w:val="22"/>
              </w:rPr>
              <w:br/>
            </w:r>
            <w:r w:rsidRPr="00A73E1F">
              <w:rPr>
                <w:sz w:val="22"/>
              </w:rPr>
              <w:t>Maximum 300 words.</w:t>
            </w:r>
            <w:r w:rsidRPr="00A73E1F">
              <w:rPr>
                <w:sz w:val="22"/>
              </w:rPr>
              <w:br/>
            </w:r>
            <w:r w:rsidRPr="00A73E1F">
              <w:rPr>
                <w:sz w:val="22"/>
              </w:rPr>
              <w:br/>
            </w:r>
            <w:r w:rsidRPr="00A73E1F">
              <w:rPr>
                <w:sz w:val="22"/>
              </w:rPr>
              <w:br/>
            </w:r>
            <w:r w:rsidRPr="00A73E1F">
              <w:rPr>
                <w:sz w:val="22"/>
              </w:rPr>
              <w:br/>
            </w:r>
            <w:r w:rsidRPr="00A73E1F">
              <w:rPr>
                <w:sz w:val="22"/>
              </w:rPr>
              <w:br/>
            </w:r>
            <w:r w:rsidRPr="00A73E1F">
              <w:rPr>
                <w:sz w:val="22"/>
              </w:rPr>
              <w:br/>
            </w:r>
            <w:r w:rsidRPr="00A73E1F">
              <w:rPr>
                <w:sz w:val="22"/>
              </w:rPr>
              <w:br/>
            </w:r>
          </w:p>
        </w:tc>
      </w:tr>
    </w:tbl>
    <w:p w14:paraId="431963A0" w14:textId="77777777" w:rsidR="0091285B" w:rsidRPr="00A73E1F" w:rsidRDefault="0091285B">
      <w:pPr>
        <w:spacing w:after="0"/>
        <w:rPr>
          <w:sz w:val="22"/>
        </w:rPr>
      </w:pPr>
    </w:p>
    <w:tbl>
      <w:tblPr>
        <w:tblStyle w:val="TableGrid"/>
        <w:tblW w:w="0" w:type="auto"/>
        <w:jc w:val="center"/>
        <w:tblLook w:val="04A0" w:firstRow="1" w:lastRow="0" w:firstColumn="1" w:lastColumn="0" w:noHBand="0" w:noVBand="1"/>
      </w:tblPr>
      <w:tblGrid>
        <w:gridCol w:w="10166"/>
      </w:tblGrid>
      <w:tr w:rsidR="0091285B" w:rsidRPr="00A73E1F" w14:paraId="39CD4D30" w14:textId="77777777">
        <w:trPr>
          <w:jc w:val="center"/>
        </w:trPr>
        <w:tc>
          <w:tcPr>
            <w:tcW w:w="10166" w:type="dxa"/>
            <w:shd w:val="clear" w:color="auto" w:fill="3C542C"/>
            <w:tcMar>
              <w:top w:w="100" w:type="dxa"/>
              <w:left w:w="120" w:type="dxa"/>
              <w:bottom w:w="100" w:type="dxa"/>
              <w:right w:w="120" w:type="dxa"/>
            </w:tcMar>
            <w:vAlign w:val="center"/>
          </w:tcPr>
          <w:p w14:paraId="400FD0E2" w14:textId="77777777" w:rsidR="0091285B" w:rsidRPr="00A73E1F" w:rsidRDefault="005F5C62">
            <w:pPr>
              <w:rPr>
                <w:sz w:val="22"/>
              </w:rPr>
            </w:pPr>
            <w:r w:rsidRPr="00A73E1F">
              <w:rPr>
                <w:b/>
                <w:color w:val="FFFFFF"/>
                <w:sz w:val="22"/>
              </w:rPr>
              <w:t>Honours, awards and other professional recognition</w:t>
            </w:r>
          </w:p>
        </w:tc>
      </w:tr>
      <w:tr w:rsidR="0091285B" w:rsidRPr="00A73E1F" w14:paraId="4F2EEA71" w14:textId="77777777">
        <w:trPr>
          <w:jc w:val="center"/>
        </w:trPr>
        <w:tc>
          <w:tcPr>
            <w:tcW w:w="10166" w:type="dxa"/>
            <w:tcMar>
              <w:top w:w="100" w:type="dxa"/>
              <w:left w:w="120" w:type="dxa"/>
              <w:bottom w:w="100" w:type="dxa"/>
              <w:right w:w="120" w:type="dxa"/>
            </w:tcMar>
            <w:vAlign w:val="center"/>
          </w:tcPr>
          <w:p w14:paraId="1416F12C" w14:textId="77777777" w:rsidR="0091285B" w:rsidRPr="00A73E1F" w:rsidRDefault="005F5C62">
            <w:pPr>
              <w:rPr>
                <w:sz w:val="22"/>
              </w:rPr>
            </w:pPr>
            <w:r w:rsidRPr="00A73E1F">
              <w:rPr>
                <w:sz w:val="22"/>
              </w:rPr>
              <w:t>List the awarding body, recognition and year. You may cross-refer to your CV.</w:t>
            </w:r>
            <w:r w:rsidRPr="00A73E1F">
              <w:rPr>
                <w:sz w:val="22"/>
              </w:rPr>
              <w:br/>
            </w:r>
            <w:r w:rsidRPr="00A73E1F">
              <w:rPr>
                <w:sz w:val="22"/>
              </w:rPr>
              <w:br/>
            </w:r>
            <w:r w:rsidRPr="00A73E1F">
              <w:rPr>
                <w:sz w:val="22"/>
              </w:rPr>
              <w:br/>
            </w:r>
            <w:r w:rsidRPr="00A73E1F">
              <w:rPr>
                <w:sz w:val="22"/>
              </w:rPr>
              <w:br/>
            </w:r>
            <w:r w:rsidRPr="00A73E1F">
              <w:rPr>
                <w:sz w:val="22"/>
              </w:rPr>
              <w:br/>
            </w:r>
            <w:r w:rsidRPr="00A73E1F">
              <w:rPr>
                <w:sz w:val="22"/>
              </w:rPr>
              <w:br/>
            </w:r>
          </w:p>
        </w:tc>
      </w:tr>
    </w:tbl>
    <w:p w14:paraId="55E4D980" w14:textId="77777777" w:rsidR="0091285B" w:rsidRPr="00A73E1F" w:rsidRDefault="0091285B">
      <w:pPr>
        <w:spacing w:after="0"/>
        <w:rPr>
          <w:sz w:val="22"/>
        </w:rPr>
      </w:pPr>
    </w:p>
    <w:tbl>
      <w:tblPr>
        <w:tblStyle w:val="TableGrid"/>
        <w:tblW w:w="0" w:type="auto"/>
        <w:jc w:val="center"/>
        <w:tblLook w:val="04A0" w:firstRow="1" w:lastRow="0" w:firstColumn="1" w:lastColumn="0" w:noHBand="0" w:noVBand="1"/>
      </w:tblPr>
      <w:tblGrid>
        <w:gridCol w:w="10166"/>
      </w:tblGrid>
      <w:tr w:rsidR="0091285B" w:rsidRPr="00A73E1F" w14:paraId="0400D693" w14:textId="77777777">
        <w:trPr>
          <w:jc w:val="center"/>
        </w:trPr>
        <w:tc>
          <w:tcPr>
            <w:tcW w:w="10166" w:type="dxa"/>
            <w:shd w:val="clear" w:color="auto" w:fill="3C542C"/>
            <w:tcMar>
              <w:top w:w="100" w:type="dxa"/>
              <w:left w:w="120" w:type="dxa"/>
              <w:bottom w:w="100" w:type="dxa"/>
              <w:right w:w="120" w:type="dxa"/>
            </w:tcMar>
            <w:vAlign w:val="center"/>
          </w:tcPr>
          <w:p w14:paraId="4778E548" w14:textId="77777777" w:rsidR="0091285B" w:rsidRPr="00A73E1F" w:rsidRDefault="005F5C62">
            <w:pPr>
              <w:rPr>
                <w:sz w:val="22"/>
              </w:rPr>
            </w:pPr>
            <w:r w:rsidRPr="00A73E1F">
              <w:rPr>
                <w:b/>
                <w:color w:val="FFFFFF"/>
                <w:sz w:val="22"/>
              </w:rPr>
              <w:t>Relevant publications and significant written work</w:t>
            </w:r>
          </w:p>
        </w:tc>
      </w:tr>
      <w:tr w:rsidR="0091285B" w:rsidRPr="00A73E1F" w14:paraId="08C3BBCC" w14:textId="77777777">
        <w:trPr>
          <w:jc w:val="center"/>
        </w:trPr>
        <w:tc>
          <w:tcPr>
            <w:tcW w:w="10166" w:type="dxa"/>
            <w:tcMar>
              <w:top w:w="100" w:type="dxa"/>
              <w:left w:w="120" w:type="dxa"/>
              <w:bottom w:w="100" w:type="dxa"/>
              <w:right w:w="120" w:type="dxa"/>
            </w:tcMar>
            <w:vAlign w:val="center"/>
          </w:tcPr>
          <w:p w14:paraId="2F346998" w14:textId="77777777" w:rsidR="0091285B" w:rsidRPr="00A73E1F" w:rsidRDefault="005F5C62">
            <w:pPr>
              <w:rPr>
                <w:sz w:val="22"/>
              </w:rPr>
            </w:pPr>
            <w:r w:rsidRPr="00A73E1F">
              <w:rPr>
                <w:sz w:val="22"/>
              </w:rPr>
              <w:t>List only material relevant to the claimed contribution. State your individual contribution where authorship was shared. You may cross-refer to your CV.</w:t>
            </w:r>
            <w:r w:rsidRPr="00A73E1F">
              <w:rPr>
                <w:sz w:val="22"/>
              </w:rPr>
              <w:br/>
            </w:r>
            <w:r w:rsidRPr="00A73E1F">
              <w:rPr>
                <w:sz w:val="22"/>
              </w:rPr>
              <w:br/>
            </w:r>
            <w:r w:rsidRPr="00A73E1F">
              <w:rPr>
                <w:sz w:val="22"/>
              </w:rPr>
              <w:br/>
            </w:r>
            <w:r w:rsidRPr="00A73E1F">
              <w:rPr>
                <w:sz w:val="22"/>
              </w:rPr>
              <w:br/>
            </w:r>
            <w:r w:rsidRPr="00A73E1F">
              <w:rPr>
                <w:sz w:val="22"/>
              </w:rPr>
              <w:br/>
            </w:r>
            <w:r w:rsidRPr="00A73E1F">
              <w:rPr>
                <w:sz w:val="22"/>
              </w:rPr>
              <w:br/>
            </w:r>
            <w:r w:rsidRPr="00A73E1F">
              <w:rPr>
                <w:sz w:val="22"/>
              </w:rPr>
              <w:br/>
            </w:r>
          </w:p>
        </w:tc>
      </w:tr>
    </w:tbl>
    <w:p w14:paraId="580830D6" w14:textId="77777777" w:rsidR="0091285B" w:rsidRDefault="0091285B">
      <w:pPr>
        <w:spacing w:after="0"/>
      </w:pPr>
    </w:p>
    <w:p w14:paraId="4D4676A1" w14:textId="77777777" w:rsidR="0091285B" w:rsidRDefault="005F5C62">
      <w:r>
        <w:br w:type="page"/>
      </w:r>
    </w:p>
    <w:p w14:paraId="2341E61E" w14:textId="77777777" w:rsidR="0091285B" w:rsidRDefault="005F5C62">
      <w:pPr>
        <w:pStyle w:val="Heading1"/>
      </w:pPr>
      <w:r>
        <w:lastRenderedPageBreak/>
        <w:t>Part C. Your notable and lasting contribution</w:t>
      </w:r>
    </w:p>
    <w:tbl>
      <w:tblPr>
        <w:tblW w:w="0" w:type="auto"/>
        <w:jc w:val="center"/>
        <w:tblLook w:val="04A0" w:firstRow="1" w:lastRow="0" w:firstColumn="1" w:lastColumn="0" w:noHBand="0" w:noVBand="1"/>
      </w:tblPr>
      <w:tblGrid>
        <w:gridCol w:w="10166"/>
      </w:tblGrid>
      <w:tr w:rsidR="0091285B" w14:paraId="6E8586B5" w14:textId="77777777">
        <w:trPr>
          <w:jc w:val="center"/>
        </w:trPr>
        <w:tc>
          <w:tcPr>
            <w:tcW w:w="10166" w:type="dxa"/>
            <w:shd w:val="clear" w:color="auto" w:fill="E7EFF7"/>
            <w:tcMar>
              <w:top w:w="140" w:type="dxa"/>
              <w:left w:w="160" w:type="dxa"/>
              <w:bottom w:w="140" w:type="dxa"/>
              <w:right w:w="160" w:type="dxa"/>
            </w:tcMar>
          </w:tcPr>
          <w:p w14:paraId="3225C865" w14:textId="77777777" w:rsidR="0091285B" w:rsidRPr="00A73E1F" w:rsidRDefault="005F5C62">
            <w:pPr>
              <w:rPr>
                <w:sz w:val="22"/>
              </w:rPr>
            </w:pPr>
            <w:r w:rsidRPr="00A73E1F">
              <w:rPr>
                <w:b/>
                <w:color w:val="3C542C"/>
                <w:sz w:val="22"/>
              </w:rPr>
              <w:t>Choose your strongest evidence</w:t>
            </w:r>
            <w:r w:rsidRPr="00A73E1F">
              <w:rPr>
                <w:b/>
                <w:color w:val="3C542C"/>
                <w:sz w:val="22"/>
              </w:rPr>
              <w:br/>
            </w:r>
            <w:r w:rsidRPr="00A73E1F">
              <w:rPr>
                <w:sz w:val="22"/>
              </w:rPr>
              <w:t>Complete Contribution 1. Contributions 2 and 3 are optional. Select one area of contribution for each evidence statement. You may use the same area more than once only where the contributions are genuinely distinct, but applicants will usually make the clearest case by selecting up to three different areas. Use 500–750 words for each completed statement.</w:t>
            </w:r>
          </w:p>
        </w:tc>
      </w:tr>
    </w:tbl>
    <w:p w14:paraId="138DBA8E" w14:textId="77777777" w:rsidR="0091285B" w:rsidRDefault="0091285B">
      <w:pPr>
        <w:spacing w:after="0"/>
      </w:pPr>
    </w:p>
    <w:p w14:paraId="3F3A832C" w14:textId="77777777" w:rsidR="0091285B" w:rsidRDefault="005F5C62">
      <w:pPr>
        <w:pStyle w:val="Heading2"/>
      </w:pPr>
      <w:r>
        <w:t>Reference: the five areas of contribution</w:t>
      </w:r>
    </w:p>
    <w:tbl>
      <w:tblPr>
        <w:tblStyle w:val="TableGrid"/>
        <w:tblW w:w="0" w:type="auto"/>
        <w:jc w:val="center"/>
        <w:tblLook w:val="04A0" w:firstRow="1" w:lastRow="0" w:firstColumn="1" w:lastColumn="0" w:noHBand="0" w:noVBand="1"/>
      </w:tblPr>
      <w:tblGrid>
        <w:gridCol w:w="5083"/>
        <w:gridCol w:w="5083"/>
      </w:tblGrid>
      <w:tr w:rsidR="0091285B" w:rsidRPr="000A29E2" w14:paraId="215D2226" w14:textId="77777777">
        <w:trPr>
          <w:tblHeader/>
          <w:jc w:val="center"/>
        </w:trPr>
        <w:tc>
          <w:tcPr>
            <w:tcW w:w="5083" w:type="dxa"/>
            <w:shd w:val="clear" w:color="auto" w:fill="3C542C"/>
            <w:tcMar>
              <w:top w:w="100" w:type="dxa"/>
              <w:left w:w="120" w:type="dxa"/>
              <w:bottom w:w="100" w:type="dxa"/>
              <w:right w:w="120" w:type="dxa"/>
            </w:tcMar>
            <w:vAlign w:val="center"/>
          </w:tcPr>
          <w:p w14:paraId="42C7018E" w14:textId="77777777" w:rsidR="0091285B" w:rsidRPr="000A29E2" w:rsidRDefault="005F5C62">
            <w:pPr>
              <w:rPr>
                <w:sz w:val="22"/>
              </w:rPr>
            </w:pPr>
            <w:r w:rsidRPr="000A29E2">
              <w:rPr>
                <w:b/>
                <w:color w:val="FFFFFF"/>
                <w:sz w:val="22"/>
              </w:rPr>
              <w:t>Area</w:t>
            </w:r>
          </w:p>
        </w:tc>
        <w:tc>
          <w:tcPr>
            <w:tcW w:w="5083" w:type="dxa"/>
            <w:shd w:val="clear" w:color="auto" w:fill="3C542C"/>
            <w:tcMar>
              <w:top w:w="100" w:type="dxa"/>
              <w:left w:w="120" w:type="dxa"/>
              <w:bottom w:w="100" w:type="dxa"/>
              <w:right w:w="120" w:type="dxa"/>
            </w:tcMar>
            <w:vAlign w:val="center"/>
          </w:tcPr>
          <w:p w14:paraId="679384DE" w14:textId="77777777" w:rsidR="0091285B" w:rsidRPr="000A29E2" w:rsidRDefault="005F5C62">
            <w:pPr>
              <w:rPr>
                <w:sz w:val="22"/>
              </w:rPr>
            </w:pPr>
            <w:r w:rsidRPr="000A29E2">
              <w:rPr>
                <w:b/>
                <w:color w:val="FFFFFF"/>
                <w:sz w:val="22"/>
              </w:rPr>
              <w:t>What this means</w:t>
            </w:r>
          </w:p>
        </w:tc>
      </w:tr>
      <w:tr w:rsidR="0091285B" w:rsidRPr="000A29E2" w14:paraId="7DC4BA6B" w14:textId="77777777">
        <w:trPr>
          <w:jc w:val="center"/>
        </w:trPr>
        <w:tc>
          <w:tcPr>
            <w:tcW w:w="5083" w:type="dxa"/>
            <w:shd w:val="clear" w:color="auto" w:fill="EAF2E4"/>
            <w:tcMar>
              <w:top w:w="100" w:type="dxa"/>
              <w:left w:w="120" w:type="dxa"/>
              <w:bottom w:w="100" w:type="dxa"/>
              <w:right w:w="120" w:type="dxa"/>
            </w:tcMar>
            <w:vAlign w:val="center"/>
          </w:tcPr>
          <w:p w14:paraId="0CF3DC0E" w14:textId="77777777" w:rsidR="0091285B" w:rsidRPr="000A29E2" w:rsidRDefault="005F5C62">
            <w:pPr>
              <w:rPr>
                <w:sz w:val="22"/>
              </w:rPr>
            </w:pPr>
            <w:r w:rsidRPr="000A29E2">
              <w:rPr>
                <w:b/>
                <w:color w:val="3C542C"/>
                <w:sz w:val="22"/>
              </w:rPr>
              <w:t>1. Research</w:t>
            </w:r>
          </w:p>
        </w:tc>
        <w:tc>
          <w:tcPr>
            <w:tcW w:w="5083" w:type="dxa"/>
            <w:tcMar>
              <w:top w:w="100" w:type="dxa"/>
              <w:left w:w="120" w:type="dxa"/>
              <w:bottom w:w="100" w:type="dxa"/>
              <w:right w:w="120" w:type="dxa"/>
            </w:tcMar>
            <w:vAlign w:val="center"/>
          </w:tcPr>
          <w:p w14:paraId="024DCD2C" w14:textId="77777777" w:rsidR="0091285B" w:rsidRPr="000A29E2" w:rsidRDefault="005F5C62">
            <w:pPr>
              <w:rPr>
                <w:sz w:val="22"/>
              </w:rPr>
            </w:pPr>
            <w:r w:rsidRPr="000A29E2">
              <w:rPr>
                <w:sz w:val="22"/>
              </w:rPr>
              <w:t>Producing widely available research and analysis which has clearly influenced professional practice or intellectual endeavour in ecology and environmental management.</w:t>
            </w:r>
          </w:p>
        </w:tc>
      </w:tr>
      <w:tr w:rsidR="0091285B" w:rsidRPr="000A29E2" w14:paraId="43469EFA" w14:textId="77777777">
        <w:trPr>
          <w:jc w:val="center"/>
        </w:trPr>
        <w:tc>
          <w:tcPr>
            <w:tcW w:w="5083" w:type="dxa"/>
            <w:shd w:val="clear" w:color="auto" w:fill="EAF2E4"/>
            <w:tcMar>
              <w:top w:w="100" w:type="dxa"/>
              <w:left w:w="120" w:type="dxa"/>
              <w:bottom w:w="100" w:type="dxa"/>
              <w:right w:w="120" w:type="dxa"/>
            </w:tcMar>
            <w:vAlign w:val="center"/>
          </w:tcPr>
          <w:p w14:paraId="7F3085DE" w14:textId="77777777" w:rsidR="0091285B" w:rsidRPr="000A29E2" w:rsidRDefault="005F5C62">
            <w:pPr>
              <w:rPr>
                <w:sz w:val="22"/>
              </w:rPr>
            </w:pPr>
            <w:r w:rsidRPr="000A29E2">
              <w:rPr>
                <w:b/>
                <w:color w:val="3C542C"/>
                <w:sz w:val="22"/>
              </w:rPr>
              <w:t>2. Professional standards</w:t>
            </w:r>
          </w:p>
        </w:tc>
        <w:tc>
          <w:tcPr>
            <w:tcW w:w="5083" w:type="dxa"/>
            <w:tcMar>
              <w:top w:w="100" w:type="dxa"/>
              <w:left w:w="120" w:type="dxa"/>
              <w:bottom w:w="100" w:type="dxa"/>
              <w:right w:w="120" w:type="dxa"/>
            </w:tcMar>
            <w:vAlign w:val="center"/>
          </w:tcPr>
          <w:p w14:paraId="038C9541" w14:textId="77777777" w:rsidR="0091285B" w:rsidRPr="000A29E2" w:rsidRDefault="005F5C62">
            <w:pPr>
              <w:rPr>
                <w:sz w:val="22"/>
              </w:rPr>
            </w:pPr>
            <w:r w:rsidRPr="000A29E2">
              <w:rPr>
                <w:sz w:val="22"/>
              </w:rPr>
              <w:t>Establishing or raising professional standards by leading specific advancements in professional development, quality standards or training; championing high standards and challenging poor practice appropriately and effectively.</w:t>
            </w:r>
          </w:p>
        </w:tc>
      </w:tr>
      <w:tr w:rsidR="0091285B" w:rsidRPr="000A29E2" w14:paraId="7CEAF0EC" w14:textId="77777777">
        <w:trPr>
          <w:jc w:val="center"/>
        </w:trPr>
        <w:tc>
          <w:tcPr>
            <w:tcW w:w="5083" w:type="dxa"/>
            <w:shd w:val="clear" w:color="auto" w:fill="EAF2E4"/>
            <w:tcMar>
              <w:top w:w="100" w:type="dxa"/>
              <w:left w:w="120" w:type="dxa"/>
              <w:bottom w:w="100" w:type="dxa"/>
              <w:right w:w="120" w:type="dxa"/>
            </w:tcMar>
            <w:vAlign w:val="center"/>
          </w:tcPr>
          <w:p w14:paraId="074DB7C9" w14:textId="77777777" w:rsidR="0091285B" w:rsidRPr="000A29E2" w:rsidRDefault="005F5C62">
            <w:pPr>
              <w:rPr>
                <w:sz w:val="22"/>
              </w:rPr>
            </w:pPr>
            <w:r w:rsidRPr="000A29E2">
              <w:rPr>
                <w:b/>
                <w:color w:val="3C542C"/>
                <w:sz w:val="22"/>
              </w:rPr>
              <w:t>3. Legislation, policy or good practice</w:t>
            </w:r>
          </w:p>
        </w:tc>
        <w:tc>
          <w:tcPr>
            <w:tcW w:w="5083" w:type="dxa"/>
            <w:tcMar>
              <w:top w:w="100" w:type="dxa"/>
              <w:left w:w="120" w:type="dxa"/>
              <w:bottom w:w="100" w:type="dxa"/>
              <w:right w:w="120" w:type="dxa"/>
            </w:tcMar>
            <w:vAlign w:val="center"/>
          </w:tcPr>
          <w:p w14:paraId="4B906120" w14:textId="77777777" w:rsidR="0091285B" w:rsidRPr="000A29E2" w:rsidRDefault="005F5C62">
            <w:pPr>
              <w:rPr>
                <w:sz w:val="22"/>
              </w:rPr>
            </w:pPr>
            <w:r w:rsidRPr="000A29E2">
              <w:rPr>
                <w:sz w:val="22"/>
              </w:rPr>
              <w:t>Playing a leading role in the development and implementation of legislation, policy or good practice which has contributed to ecology and environmental management.</w:t>
            </w:r>
          </w:p>
        </w:tc>
      </w:tr>
      <w:tr w:rsidR="0091285B" w:rsidRPr="000A29E2" w14:paraId="0050F6EF" w14:textId="77777777">
        <w:trPr>
          <w:jc w:val="center"/>
        </w:trPr>
        <w:tc>
          <w:tcPr>
            <w:tcW w:w="5083" w:type="dxa"/>
            <w:shd w:val="clear" w:color="auto" w:fill="EAF2E4"/>
            <w:tcMar>
              <w:top w:w="100" w:type="dxa"/>
              <w:left w:w="120" w:type="dxa"/>
              <w:bottom w:w="100" w:type="dxa"/>
              <w:right w:w="120" w:type="dxa"/>
            </w:tcMar>
            <w:vAlign w:val="center"/>
          </w:tcPr>
          <w:p w14:paraId="5C2987F1" w14:textId="77777777" w:rsidR="0091285B" w:rsidRPr="000A29E2" w:rsidRDefault="005F5C62">
            <w:pPr>
              <w:rPr>
                <w:sz w:val="22"/>
              </w:rPr>
            </w:pPr>
            <w:r w:rsidRPr="000A29E2">
              <w:rPr>
                <w:b/>
                <w:color w:val="3C542C"/>
                <w:sz w:val="22"/>
              </w:rPr>
              <w:t>4. Professionalism, diversity or inclusivity</w:t>
            </w:r>
          </w:p>
        </w:tc>
        <w:tc>
          <w:tcPr>
            <w:tcW w:w="5083" w:type="dxa"/>
            <w:tcMar>
              <w:top w:w="100" w:type="dxa"/>
              <w:left w:w="120" w:type="dxa"/>
              <w:bottom w:w="100" w:type="dxa"/>
              <w:right w:w="120" w:type="dxa"/>
            </w:tcMar>
            <w:vAlign w:val="center"/>
          </w:tcPr>
          <w:p w14:paraId="40510C48" w14:textId="77777777" w:rsidR="0091285B" w:rsidRPr="000A29E2" w:rsidRDefault="005F5C62">
            <w:pPr>
              <w:rPr>
                <w:sz w:val="22"/>
              </w:rPr>
            </w:pPr>
            <w:r w:rsidRPr="000A29E2">
              <w:rPr>
                <w:sz w:val="22"/>
              </w:rPr>
              <w:t>Sustained promotion of the value of ecology and environmental management roles; promoting professionalism, diversity or inclusivity across the sector and beyond the applicant’s own organisation.</w:t>
            </w:r>
          </w:p>
        </w:tc>
      </w:tr>
      <w:tr w:rsidR="0091285B" w:rsidRPr="000A29E2" w14:paraId="03DC9970" w14:textId="77777777">
        <w:trPr>
          <w:jc w:val="center"/>
        </w:trPr>
        <w:tc>
          <w:tcPr>
            <w:tcW w:w="5083" w:type="dxa"/>
            <w:shd w:val="clear" w:color="auto" w:fill="EAF2E4"/>
            <w:tcMar>
              <w:top w:w="100" w:type="dxa"/>
              <w:left w:w="120" w:type="dxa"/>
              <w:bottom w:w="100" w:type="dxa"/>
              <w:right w:w="120" w:type="dxa"/>
            </w:tcMar>
            <w:vAlign w:val="center"/>
          </w:tcPr>
          <w:p w14:paraId="3D1DDAF5" w14:textId="77777777" w:rsidR="0091285B" w:rsidRPr="000A29E2" w:rsidRDefault="005F5C62">
            <w:pPr>
              <w:rPr>
                <w:sz w:val="22"/>
              </w:rPr>
            </w:pPr>
            <w:r w:rsidRPr="000A29E2">
              <w:rPr>
                <w:b/>
                <w:color w:val="3C542C"/>
                <w:sz w:val="22"/>
              </w:rPr>
              <w:t>5. Innovation</w:t>
            </w:r>
          </w:p>
        </w:tc>
        <w:tc>
          <w:tcPr>
            <w:tcW w:w="5083" w:type="dxa"/>
            <w:tcMar>
              <w:top w:w="100" w:type="dxa"/>
              <w:left w:w="120" w:type="dxa"/>
              <w:bottom w:w="100" w:type="dxa"/>
              <w:right w:w="120" w:type="dxa"/>
            </w:tcMar>
            <w:vAlign w:val="center"/>
          </w:tcPr>
          <w:p w14:paraId="3D65C252" w14:textId="77777777" w:rsidR="0091285B" w:rsidRPr="000A29E2" w:rsidRDefault="005F5C62">
            <w:pPr>
              <w:rPr>
                <w:sz w:val="22"/>
              </w:rPr>
            </w:pPr>
            <w:r w:rsidRPr="000A29E2">
              <w:rPr>
                <w:sz w:val="22"/>
              </w:rPr>
              <w:t>Establishing or advancing new principles, policies, partnerships, ways of working, practical applications or techniques which have advanced the science or practice of ecology or environmental management.</w:t>
            </w:r>
          </w:p>
        </w:tc>
      </w:tr>
    </w:tbl>
    <w:p w14:paraId="7EA48F05" w14:textId="77777777" w:rsidR="0009740D" w:rsidRDefault="0009740D">
      <w:pPr>
        <w:rPr>
          <w:sz w:val="22"/>
        </w:rPr>
      </w:pPr>
    </w:p>
    <w:p w14:paraId="40F70267" w14:textId="5168EB57" w:rsidR="0091285B" w:rsidRPr="000A29E2" w:rsidRDefault="005F5C62">
      <w:pPr>
        <w:rPr>
          <w:sz w:val="22"/>
        </w:rPr>
      </w:pPr>
      <w:r w:rsidRPr="000A29E2">
        <w:rPr>
          <w:sz w:val="22"/>
        </w:rPr>
        <w:t>For each contribution, select one area and explain how your own work meets the definition of a notable and lasting contribution. Focus on evidence, impact and endurance, not seniority or job title alone.</w:t>
      </w:r>
    </w:p>
    <w:p w14:paraId="1EB5C6A2" w14:textId="77777777" w:rsidR="0009740D" w:rsidRDefault="0009740D">
      <w:pPr>
        <w:spacing w:after="200" w:line="276" w:lineRule="auto"/>
        <w:rPr>
          <w:rFonts w:asciiTheme="majorHAnsi" w:eastAsiaTheme="majorEastAsia" w:hAnsiTheme="majorHAnsi" w:cstheme="majorBidi"/>
          <w:b/>
          <w:bCs/>
          <w:color w:val="5E8C48"/>
          <w:sz w:val="28"/>
          <w:szCs w:val="26"/>
        </w:rPr>
      </w:pPr>
      <w:r>
        <w:br w:type="page"/>
      </w:r>
    </w:p>
    <w:p w14:paraId="5F240368" w14:textId="25F40D7A" w:rsidR="0091285B" w:rsidRDefault="005F5C62">
      <w:pPr>
        <w:pStyle w:val="Heading2"/>
      </w:pPr>
      <w:r>
        <w:lastRenderedPageBreak/>
        <w:t>Contribution 1 (mandatory)</w:t>
      </w:r>
    </w:p>
    <w:tbl>
      <w:tblPr>
        <w:tblStyle w:val="TableGrid"/>
        <w:tblW w:w="0" w:type="auto"/>
        <w:jc w:val="center"/>
        <w:tblLook w:val="04A0" w:firstRow="1" w:lastRow="0" w:firstColumn="1" w:lastColumn="0" w:noHBand="0" w:noVBand="1"/>
      </w:tblPr>
      <w:tblGrid>
        <w:gridCol w:w="10166"/>
      </w:tblGrid>
      <w:tr w:rsidR="0091285B" w:rsidRPr="0009740D" w14:paraId="344DA97A" w14:textId="77777777">
        <w:trPr>
          <w:jc w:val="center"/>
        </w:trPr>
        <w:tc>
          <w:tcPr>
            <w:tcW w:w="10166" w:type="dxa"/>
            <w:shd w:val="clear" w:color="auto" w:fill="EAF2E4"/>
            <w:tcMar>
              <w:top w:w="100" w:type="dxa"/>
              <w:left w:w="120" w:type="dxa"/>
              <w:bottom w:w="100" w:type="dxa"/>
              <w:right w:w="120" w:type="dxa"/>
            </w:tcMar>
            <w:vAlign w:val="center"/>
          </w:tcPr>
          <w:p w14:paraId="10C5A5F7" w14:textId="77777777" w:rsidR="00DD1B91" w:rsidRDefault="005F5C62">
            <w:pPr>
              <w:rPr>
                <w:b/>
                <w:color w:val="3C542C"/>
                <w:sz w:val="22"/>
              </w:rPr>
            </w:pPr>
            <w:r w:rsidRPr="0009740D">
              <w:rPr>
                <w:b/>
                <w:color w:val="3C542C"/>
                <w:sz w:val="22"/>
              </w:rPr>
              <w:t>Area of contribution claimed: select one</w:t>
            </w:r>
          </w:p>
          <w:p w14:paraId="03A38C65" w14:textId="23842B51" w:rsidR="0091285B" w:rsidRPr="0009740D" w:rsidRDefault="00E65AD2">
            <w:pPr>
              <w:rPr>
                <w:sz w:val="22"/>
              </w:rPr>
            </w:pPr>
            <w:sdt>
              <w:sdtPr>
                <w:rPr>
                  <w:sz w:val="22"/>
                </w:rPr>
                <w:alias w:val="Fellowship criteria"/>
                <w:tag w:val="Fellowship criteria"/>
                <w:id w:val="129679299"/>
                <w:placeholder>
                  <w:docPart w:val="24C409450C4A4840ADAD4859610A7D85"/>
                </w:placeholder>
                <w:showingPlcHdr/>
                <w15:color w:val="3C542C"/>
                <w:dropDownList>
                  <w:listItem w:value="Choose an item."/>
                  <w:listItem w:displayText="Research" w:value="Research"/>
                  <w:listItem w:displayText="Professional standards" w:value="Professional standards"/>
                  <w:listItem w:displayText="Legislation, policy or good practice" w:value="Legislation, policy or good practice"/>
                  <w:listItem w:displayText="Professionalism, diversity or inclusivity" w:value="Professionalism, diversity or inclusivity"/>
                  <w:listItem w:displayText="Innovation" w:value="Innovation"/>
                </w:dropDownList>
              </w:sdtPr>
              <w:sdtEndPr/>
              <w:sdtContent>
                <w:r w:rsidR="00341ADD" w:rsidRPr="00341ADD">
                  <w:rPr>
                    <w:rStyle w:val="PlaceholderText"/>
                    <w:b/>
                    <w:bCs/>
                  </w:rPr>
                  <w:t>Choose an item.</w:t>
                </w:r>
              </w:sdtContent>
            </w:sdt>
          </w:p>
        </w:tc>
      </w:tr>
    </w:tbl>
    <w:p w14:paraId="226B7C4C" w14:textId="77777777" w:rsidR="0091285B" w:rsidRPr="0009740D" w:rsidRDefault="0091285B">
      <w:pPr>
        <w:rPr>
          <w:sz w:val="22"/>
        </w:rPr>
      </w:pPr>
    </w:p>
    <w:tbl>
      <w:tblPr>
        <w:tblStyle w:val="TableGrid"/>
        <w:tblW w:w="0" w:type="auto"/>
        <w:jc w:val="center"/>
        <w:tblLook w:val="04A0" w:firstRow="1" w:lastRow="0" w:firstColumn="1" w:lastColumn="0" w:noHBand="0" w:noVBand="1"/>
      </w:tblPr>
      <w:tblGrid>
        <w:gridCol w:w="10166"/>
      </w:tblGrid>
      <w:tr w:rsidR="0091285B" w:rsidRPr="0009740D" w14:paraId="6DBFF6EB" w14:textId="77777777">
        <w:trPr>
          <w:jc w:val="center"/>
        </w:trPr>
        <w:tc>
          <w:tcPr>
            <w:tcW w:w="10166" w:type="dxa"/>
            <w:shd w:val="clear" w:color="auto" w:fill="3C542C"/>
            <w:tcMar>
              <w:top w:w="100" w:type="dxa"/>
              <w:left w:w="120" w:type="dxa"/>
              <w:bottom w:w="100" w:type="dxa"/>
              <w:right w:w="120" w:type="dxa"/>
            </w:tcMar>
            <w:vAlign w:val="center"/>
          </w:tcPr>
          <w:p w14:paraId="108C3452" w14:textId="77777777" w:rsidR="0091285B" w:rsidRPr="0009740D" w:rsidRDefault="005F5C62">
            <w:pPr>
              <w:rPr>
                <w:sz w:val="22"/>
              </w:rPr>
            </w:pPr>
            <w:r w:rsidRPr="0009740D">
              <w:rPr>
                <w:b/>
                <w:color w:val="FFFFFF"/>
                <w:sz w:val="22"/>
              </w:rPr>
              <w:t>Evidence statement (500–750 words)</w:t>
            </w:r>
          </w:p>
        </w:tc>
      </w:tr>
      <w:tr w:rsidR="0091285B" w:rsidRPr="0009740D" w14:paraId="0E0529BF" w14:textId="77777777">
        <w:trPr>
          <w:jc w:val="center"/>
        </w:trPr>
        <w:tc>
          <w:tcPr>
            <w:tcW w:w="10166" w:type="dxa"/>
            <w:tcMar>
              <w:top w:w="100" w:type="dxa"/>
              <w:left w:w="120" w:type="dxa"/>
              <w:bottom w:w="100" w:type="dxa"/>
              <w:right w:w="120" w:type="dxa"/>
            </w:tcMar>
            <w:vAlign w:val="center"/>
          </w:tcPr>
          <w:p w14:paraId="787079FF" w14:textId="77777777" w:rsidR="0091285B" w:rsidRPr="0009740D" w:rsidRDefault="005F5C62">
            <w:pPr>
              <w:rPr>
                <w:sz w:val="22"/>
              </w:rPr>
            </w:pPr>
            <w:r w:rsidRPr="0009740D">
              <w:rPr>
                <w:sz w:val="22"/>
              </w:rPr>
              <w:t>Structure your response around: context and need; your individual role and actions; what was distinctive; the outcome and influence; who or what can verify it; and why the contribution is lasting. Identify supporting evidence by appendix number where relevant.</w:t>
            </w:r>
            <w:r w:rsidRPr="0009740D">
              <w:rPr>
                <w:sz w:val="22"/>
              </w:rPr>
              <w:br/>
            </w:r>
            <w:r w:rsidRPr="0009740D">
              <w:rPr>
                <w:sz w:val="22"/>
              </w:rPr>
              <w:br/>
            </w:r>
            <w:r w:rsidRPr="0009740D">
              <w:rPr>
                <w:sz w:val="22"/>
              </w:rPr>
              <w:br/>
            </w:r>
            <w:r w:rsidRPr="0009740D">
              <w:rPr>
                <w:sz w:val="22"/>
              </w:rPr>
              <w:br/>
            </w:r>
            <w:r w:rsidRPr="0009740D">
              <w:rPr>
                <w:sz w:val="22"/>
              </w:rPr>
              <w:br/>
            </w:r>
            <w:r w:rsidRPr="0009740D">
              <w:rPr>
                <w:sz w:val="22"/>
              </w:rPr>
              <w:br/>
            </w:r>
            <w:r w:rsidRPr="0009740D">
              <w:rPr>
                <w:sz w:val="22"/>
              </w:rPr>
              <w:br/>
            </w:r>
            <w:r w:rsidRPr="0009740D">
              <w:rPr>
                <w:sz w:val="22"/>
              </w:rPr>
              <w:br/>
            </w:r>
            <w:r w:rsidRPr="0009740D">
              <w:rPr>
                <w:sz w:val="22"/>
              </w:rPr>
              <w:br/>
            </w:r>
            <w:r w:rsidRPr="0009740D">
              <w:rPr>
                <w:sz w:val="22"/>
              </w:rPr>
              <w:br/>
            </w:r>
            <w:r w:rsidRPr="0009740D">
              <w:rPr>
                <w:sz w:val="22"/>
              </w:rPr>
              <w:br/>
            </w:r>
            <w:r w:rsidRPr="0009740D">
              <w:rPr>
                <w:sz w:val="22"/>
              </w:rPr>
              <w:br/>
            </w:r>
            <w:r w:rsidRPr="0009740D">
              <w:rPr>
                <w:sz w:val="22"/>
              </w:rPr>
              <w:br/>
            </w:r>
            <w:r w:rsidRPr="0009740D">
              <w:rPr>
                <w:sz w:val="22"/>
              </w:rPr>
              <w:br/>
            </w:r>
            <w:r w:rsidRPr="0009740D">
              <w:rPr>
                <w:sz w:val="22"/>
              </w:rPr>
              <w:br/>
            </w:r>
            <w:r w:rsidRPr="0009740D">
              <w:rPr>
                <w:sz w:val="22"/>
              </w:rPr>
              <w:br/>
            </w:r>
            <w:r w:rsidRPr="0009740D">
              <w:rPr>
                <w:sz w:val="22"/>
              </w:rPr>
              <w:br/>
            </w:r>
            <w:r w:rsidRPr="0009740D">
              <w:rPr>
                <w:sz w:val="22"/>
              </w:rPr>
              <w:br/>
            </w:r>
          </w:p>
        </w:tc>
      </w:tr>
    </w:tbl>
    <w:p w14:paraId="771F2C78" w14:textId="77777777" w:rsidR="0091285B" w:rsidRDefault="0091285B">
      <w:pPr>
        <w:spacing w:after="0"/>
      </w:pPr>
    </w:p>
    <w:p w14:paraId="01F9FE9E" w14:textId="77777777" w:rsidR="0091285B" w:rsidRDefault="005F5C62">
      <w:r>
        <w:br w:type="page"/>
      </w:r>
    </w:p>
    <w:p w14:paraId="6EA9B329" w14:textId="77777777" w:rsidR="0091285B" w:rsidRDefault="005F5C62">
      <w:pPr>
        <w:pStyle w:val="Heading2"/>
      </w:pPr>
      <w:r>
        <w:lastRenderedPageBreak/>
        <w:t>Contribution 2 (optional)</w:t>
      </w:r>
    </w:p>
    <w:tbl>
      <w:tblPr>
        <w:tblStyle w:val="TableGrid"/>
        <w:tblW w:w="0" w:type="auto"/>
        <w:jc w:val="center"/>
        <w:tblLook w:val="04A0" w:firstRow="1" w:lastRow="0" w:firstColumn="1" w:lastColumn="0" w:noHBand="0" w:noVBand="1"/>
      </w:tblPr>
      <w:tblGrid>
        <w:gridCol w:w="10166"/>
      </w:tblGrid>
      <w:tr w:rsidR="0091285B" w:rsidRPr="00CA7BD2" w14:paraId="7F77DFE4" w14:textId="77777777">
        <w:trPr>
          <w:jc w:val="center"/>
        </w:trPr>
        <w:tc>
          <w:tcPr>
            <w:tcW w:w="10166" w:type="dxa"/>
            <w:shd w:val="clear" w:color="auto" w:fill="EAF2E4"/>
            <w:tcMar>
              <w:top w:w="100" w:type="dxa"/>
              <w:left w:w="120" w:type="dxa"/>
              <w:bottom w:w="100" w:type="dxa"/>
              <w:right w:w="120" w:type="dxa"/>
            </w:tcMar>
            <w:vAlign w:val="center"/>
          </w:tcPr>
          <w:p w14:paraId="621F350B" w14:textId="77777777" w:rsidR="00D20AD4" w:rsidRDefault="005F5C62">
            <w:pPr>
              <w:rPr>
                <w:b/>
                <w:color w:val="3C542C"/>
                <w:sz w:val="22"/>
              </w:rPr>
            </w:pPr>
            <w:r w:rsidRPr="00CA7BD2">
              <w:rPr>
                <w:b/>
                <w:color w:val="3C542C"/>
                <w:sz w:val="22"/>
              </w:rPr>
              <w:t>Area of contribution claimed: select one</w:t>
            </w:r>
          </w:p>
          <w:p w14:paraId="7F4B1BD6" w14:textId="4E200161" w:rsidR="0091285B" w:rsidRPr="00CA7BD2" w:rsidRDefault="00E65AD2">
            <w:pPr>
              <w:rPr>
                <w:sz w:val="22"/>
              </w:rPr>
            </w:pPr>
            <w:sdt>
              <w:sdtPr>
                <w:rPr>
                  <w:sz w:val="22"/>
                </w:rPr>
                <w:alias w:val="Fellowship criteria"/>
                <w:tag w:val="Fellowship criteria"/>
                <w:id w:val="-432584957"/>
                <w:placeholder>
                  <w:docPart w:val="00A2FD9D2BE74E288D0C601423540999"/>
                </w:placeholder>
                <w:showingPlcHdr/>
                <w15:color w:val="3C542C"/>
                <w:dropDownList>
                  <w:listItem w:value="Choose an item."/>
                  <w:listItem w:displayText="Research" w:value="Research"/>
                  <w:listItem w:displayText="Professional standards" w:value="Professional standards"/>
                  <w:listItem w:displayText="Legislation, policy or good practice" w:value="Legislation, policy or good practice"/>
                  <w:listItem w:displayText="Professionalism, diversity or inclusivity" w:value="Professionalism, diversity or inclusivity"/>
                  <w:listItem w:displayText="Innovation" w:value="Innovation"/>
                </w:dropDownList>
              </w:sdtPr>
              <w:sdtEndPr/>
              <w:sdtContent>
                <w:r w:rsidR="00FF6B4B" w:rsidRPr="00341ADD">
                  <w:rPr>
                    <w:rStyle w:val="PlaceholderText"/>
                    <w:b/>
                    <w:bCs/>
                  </w:rPr>
                  <w:t>Choose an item.</w:t>
                </w:r>
              </w:sdtContent>
            </w:sdt>
          </w:p>
        </w:tc>
      </w:tr>
    </w:tbl>
    <w:p w14:paraId="34D53779" w14:textId="77777777" w:rsidR="0091285B" w:rsidRPr="00CA7BD2" w:rsidRDefault="0091285B">
      <w:pPr>
        <w:rPr>
          <w:sz w:val="22"/>
        </w:rPr>
      </w:pPr>
    </w:p>
    <w:tbl>
      <w:tblPr>
        <w:tblStyle w:val="TableGrid"/>
        <w:tblW w:w="0" w:type="auto"/>
        <w:jc w:val="center"/>
        <w:tblLook w:val="04A0" w:firstRow="1" w:lastRow="0" w:firstColumn="1" w:lastColumn="0" w:noHBand="0" w:noVBand="1"/>
      </w:tblPr>
      <w:tblGrid>
        <w:gridCol w:w="10166"/>
      </w:tblGrid>
      <w:tr w:rsidR="0091285B" w:rsidRPr="00CA7BD2" w14:paraId="7AD4973F" w14:textId="77777777">
        <w:trPr>
          <w:jc w:val="center"/>
        </w:trPr>
        <w:tc>
          <w:tcPr>
            <w:tcW w:w="10166" w:type="dxa"/>
            <w:shd w:val="clear" w:color="auto" w:fill="3C542C"/>
            <w:tcMar>
              <w:top w:w="100" w:type="dxa"/>
              <w:left w:w="120" w:type="dxa"/>
              <w:bottom w:w="100" w:type="dxa"/>
              <w:right w:w="120" w:type="dxa"/>
            </w:tcMar>
            <w:vAlign w:val="center"/>
          </w:tcPr>
          <w:p w14:paraId="72BDEA5B" w14:textId="77777777" w:rsidR="0091285B" w:rsidRPr="00CA7BD2" w:rsidRDefault="005F5C62">
            <w:pPr>
              <w:rPr>
                <w:sz w:val="22"/>
              </w:rPr>
            </w:pPr>
            <w:r w:rsidRPr="00CA7BD2">
              <w:rPr>
                <w:b/>
                <w:color w:val="FFFFFF"/>
                <w:sz w:val="22"/>
              </w:rPr>
              <w:t>Evidence statement (500–750 words)</w:t>
            </w:r>
          </w:p>
        </w:tc>
      </w:tr>
      <w:tr w:rsidR="0091285B" w:rsidRPr="00CA7BD2" w14:paraId="535A6C00" w14:textId="77777777">
        <w:trPr>
          <w:jc w:val="center"/>
        </w:trPr>
        <w:tc>
          <w:tcPr>
            <w:tcW w:w="10166" w:type="dxa"/>
            <w:tcMar>
              <w:top w:w="100" w:type="dxa"/>
              <w:left w:w="120" w:type="dxa"/>
              <w:bottom w:w="100" w:type="dxa"/>
              <w:right w:w="120" w:type="dxa"/>
            </w:tcMar>
            <w:vAlign w:val="center"/>
          </w:tcPr>
          <w:p w14:paraId="48BB4532" w14:textId="77777777" w:rsidR="0091285B" w:rsidRPr="00CA7BD2" w:rsidRDefault="005F5C62">
            <w:pPr>
              <w:rPr>
                <w:sz w:val="22"/>
              </w:rPr>
            </w:pPr>
            <w:r w:rsidRPr="00CA7BD2">
              <w:rPr>
                <w:sz w:val="22"/>
              </w:rPr>
              <w:t>Structure your response around: context and need; your individual role and actions; what was distinctive; the outcome and influence; who or what can verify it; and why the contribution is lasting. Identify supporting evidence by appendix number where relevant.</w:t>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p>
        </w:tc>
      </w:tr>
    </w:tbl>
    <w:p w14:paraId="4EEE17DD" w14:textId="77777777" w:rsidR="0091285B" w:rsidRDefault="0091285B">
      <w:pPr>
        <w:spacing w:after="0"/>
      </w:pPr>
    </w:p>
    <w:p w14:paraId="1F16474A" w14:textId="77777777" w:rsidR="0091285B" w:rsidRDefault="005F5C62">
      <w:r>
        <w:br w:type="page"/>
      </w:r>
    </w:p>
    <w:p w14:paraId="34B998BB" w14:textId="77777777" w:rsidR="0091285B" w:rsidRDefault="005F5C62">
      <w:pPr>
        <w:pStyle w:val="Heading2"/>
      </w:pPr>
      <w:r>
        <w:lastRenderedPageBreak/>
        <w:t>Contribution 3 (optional)</w:t>
      </w:r>
    </w:p>
    <w:tbl>
      <w:tblPr>
        <w:tblStyle w:val="TableGrid"/>
        <w:tblW w:w="0" w:type="auto"/>
        <w:jc w:val="center"/>
        <w:tblLook w:val="04A0" w:firstRow="1" w:lastRow="0" w:firstColumn="1" w:lastColumn="0" w:noHBand="0" w:noVBand="1"/>
      </w:tblPr>
      <w:tblGrid>
        <w:gridCol w:w="10166"/>
      </w:tblGrid>
      <w:tr w:rsidR="0091285B" w:rsidRPr="00CA7BD2" w14:paraId="5CD45B30" w14:textId="77777777">
        <w:trPr>
          <w:jc w:val="center"/>
        </w:trPr>
        <w:tc>
          <w:tcPr>
            <w:tcW w:w="10166" w:type="dxa"/>
            <w:shd w:val="clear" w:color="auto" w:fill="EAF2E4"/>
            <w:tcMar>
              <w:top w:w="100" w:type="dxa"/>
              <w:left w:w="120" w:type="dxa"/>
              <w:bottom w:w="100" w:type="dxa"/>
              <w:right w:w="120" w:type="dxa"/>
            </w:tcMar>
            <w:vAlign w:val="center"/>
          </w:tcPr>
          <w:p w14:paraId="2FD1B044" w14:textId="77777777" w:rsidR="00032B58" w:rsidRDefault="005F5C62">
            <w:pPr>
              <w:rPr>
                <w:b/>
                <w:color w:val="3C542C"/>
                <w:sz w:val="22"/>
              </w:rPr>
            </w:pPr>
            <w:r w:rsidRPr="00CA7BD2">
              <w:rPr>
                <w:b/>
                <w:color w:val="3C542C"/>
                <w:sz w:val="22"/>
              </w:rPr>
              <w:t>Area of contribution claimed: select one</w:t>
            </w:r>
          </w:p>
          <w:p w14:paraId="4F251646" w14:textId="1A63FD8B" w:rsidR="0091285B" w:rsidRPr="00CA7BD2" w:rsidRDefault="00E65AD2">
            <w:pPr>
              <w:rPr>
                <w:sz w:val="22"/>
              </w:rPr>
            </w:pPr>
            <w:sdt>
              <w:sdtPr>
                <w:rPr>
                  <w:sz w:val="22"/>
                </w:rPr>
                <w:alias w:val="Fellowship criteria"/>
                <w:tag w:val="Fellowship criteria"/>
                <w:id w:val="811596201"/>
                <w:placeholder>
                  <w:docPart w:val="310DAE9BE93D4E13AD8534AE07ED6B36"/>
                </w:placeholder>
                <w:showingPlcHdr/>
                <w15:color w:val="3C542C"/>
                <w:dropDownList>
                  <w:listItem w:value="Choose an item."/>
                  <w:listItem w:displayText="Research" w:value="Research"/>
                  <w:listItem w:displayText="Professional standards" w:value="Professional standards"/>
                  <w:listItem w:displayText="Legislation, policy or good practice" w:value="Legislation, policy or good practice"/>
                  <w:listItem w:displayText="Professionalism, diversity or inclusivity" w:value="Professionalism, diversity or inclusivity"/>
                  <w:listItem w:displayText="Innovation" w:value="Innovation"/>
                </w:dropDownList>
              </w:sdtPr>
              <w:sdtEndPr/>
              <w:sdtContent>
                <w:r w:rsidR="00032B58" w:rsidRPr="00341ADD">
                  <w:rPr>
                    <w:rStyle w:val="PlaceholderText"/>
                    <w:b/>
                    <w:bCs/>
                  </w:rPr>
                  <w:t>Choose an item.</w:t>
                </w:r>
              </w:sdtContent>
            </w:sdt>
          </w:p>
        </w:tc>
      </w:tr>
    </w:tbl>
    <w:p w14:paraId="59BB1F85" w14:textId="77777777" w:rsidR="0091285B" w:rsidRPr="00CA7BD2" w:rsidRDefault="0091285B">
      <w:pPr>
        <w:rPr>
          <w:sz w:val="22"/>
        </w:rPr>
      </w:pPr>
    </w:p>
    <w:tbl>
      <w:tblPr>
        <w:tblStyle w:val="TableGrid"/>
        <w:tblW w:w="0" w:type="auto"/>
        <w:jc w:val="center"/>
        <w:tblLook w:val="04A0" w:firstRow="1" w:lastRow="0" w:firstColumn="1" w:lastColumn="0" w:noHBand="0" w:noVBand="1"/>
      </w:tblPr>
      <w:tblGrid>
        <w:gridCol w:w="10166"/>
      </w:tblGrid>
      <w:tr w:rsidR="0091285B" w:rsidRPr="00CA7BD2" w14:paraId="115C8DF8" w14:textId="77777777">
        <w:trPr>
          <w:jc w:val="center"/>
        </w:trPr>
        <w:tc>
          <w:tcPr>
            <w:tcW w:w="10166" w:type="dxa"/>
            <w:shd w:val="clear" w:color="auto" w:fill="3C542C"/>
            <w:tcMar>
              <w:top w:w="100" w:type="dxa"/>
              <w:left w:w="120" w:type="dxa"/>
              <w:bottom w:w="100" w:type="dxa"/>
              <w:right w:w="120" w:type="dxa"/>
            </w:tcMar>
            <w:vAlign w:val="center"/>
          </w:tcPr>
          <w:p w14:paraId="7AB51E69" w14:textId="77777777" w:rsidR="0091285B" w:rsidRPr="00CA7BD2" w:rsidRDefault="005F5C62">
            <w:pPr>
              <w:rPr>
                <w:sz w:val="22"/>
              </w:rPr>
            </w:pPr>
            <w:r w:rsidRPr="00CA7BD2">
              <w:rPr>
                <w:b/>
                <w:color w:val="FFFFFF"/>
                <w:sz w:val="22"/>
              </w:rPr>
              <w:t>Evidence statement (500–750 words)</w:t>
            </w:r>
          </w:p>
        </w:tc>
      </w:tr>
      <w:tr w:rsidR="0091285B" w:rsidRPr="00CA7BD2" w14:paraId="0E05175E" w14:textId="77777777">
        <w:trPr>
          <w:jc w:val="center"/>
        </w:trPr>
        <w:tc>
          <w:tcPr>
            <w:tcW w:w="10166" w:type="dxa"/>
            <w:tcMar>
              <w:top w:w="100" w:type="dxa"/>
              <w:left w:w="120" w:type="dxa"/>
              <w:bottom w:w="100" w:type="dxa"/>
              <w:right w:w="120" w:type="dxa"/>
            </w:tcMar>
            <w:vAlign w:val="center"/>
          </w:tcPr>
          <w:p w14:paraId="26BF2542" w14:textId="77777777" w:rsidR="0091285B" w:rsidRPr="00CA7BD2" w:rsidRDefault="005F5C62">
            <w:pPr>
              <w:rPr>
                <w:sz w:val="22"/>
              </w:rPr>
            </w:pPr>
            <w:r w:rsidRPr="00CA7BD2">
              <w:rPr>
                <w:sz w:val="22"/>
              </w:rPr>
              <w:t>Structure your response around: context and need; your individual role and actions; what was distinctive; the outcome and influence; who or what can verify it; and why the contribution is lasting. Identify supporting evidence by appendix number where relevant.</w:t>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r w:rsidRPr="00CA7BD2">
              <w:rPr>
                <w:sz w:val="22"/>
              </w:rPr>
              <w:br/>
            </w:r>
          </w:p>
        </w:tc>
      </w:tr>
    </w:tbl>
    <w:p w14:paraId="745E2213" w14:textId="77777777" w:rsidR="0091285B" w:rsidRDefault="0091285B">
      <w:pPr>
        <w:spacing w:after="0"/>
      </w:pPr>
    </w:p>
    <w:p w14:paraId="5A4E2431" w14:textId="77777777" w:rsidR="0091285B" w:rsidRDefault="005F5C62">
      <w:r>
        <w:br w:type="page"/>
      </w:r>
    </w:p>
    <w:p w14:paraId="02CF5E38" w14:textId="77777777" w:rsidR="0091285B" w:rsidRDefault="005F5C62">
      <w:pPr>
        <w:pStyle w:val="Heading1"/>
      </w:pPr>
      <w:r>
        <w:lastRenderedPageBreak/>
        <w:t>Part D. Supporting evidence</w:t>
      </w:r>
    </w:p>
    <w:p w14:paraId="685E4BD4" w14:textId="77777777" w:rsidR="0091285B" w:rsidRDefault="005F5C62">
      <w:pPr>
        <w:rPr>
          <w:sz w:val="22"/>
        </w:rPr>
      </w:pPr>
      <w:r w:rsidRPr="00032B58">
        <w:rPr>
          <w:sz w:val="22"/>
        </w:rPr>
        <w:t>Supporting material should be selective and directly relevant. It should verify or illuminate a claim rather than require assessors to discover the case for you. Remove personal, confidential or commercially sensitive information unless you have a lawful basis and permission to provide it.</w:t>
      </w:r>
    </w:p>
    <w:tbl>
      <w:tblPr>
        <w:tblStyle w:val="TableGrid"/>
        <w:tblW w:w="0" w:type="auto"/>
        <w:jc w:val="center"/>
        <w:tblLook w:val="04A0" w:firstRow="1" w:lastRow="0" w:firstColumn="1" w:lastColumn="0" w:noHBand="0" w:noVBand="1"/>
      </w:tblPr>
      <w:tblGrid>
        <w:gridCol w:w="2126"/>
        <w:gridCol w:w="2914"/>
        <w:gridCol w:w="2920"/>
        <w:gridCol w:w="2126"/>
      </w:tblGrid>
      <w:tr w:rsidR="0091285B" w14:paraId="5FF4762C" w14:textId="77777777" w:rsidTr="00457CDC">
        <w:trPr>
          <w:tblHeader/>
          <w:jc w:val="center"/>
        </w:trPr>
        <w:tc>
          <w:tcPr>
            <w:tcW w:w="2126" w:type="dxa"/>
            <w:shd w:val="clear" w:color="auto" w:fill="3C542C"/>
            <w:tcMar>
              <w:top w:w="100" w:type="dxa"/>
              <w:left w:w="120" w:type="dxa"/>
              <w:bottom w:w="100" w:type="dxa"/>
              <w:right w:w="120" w:type="dxa"/>
            </w:tcMar>
            <w:vAlign w:val="center"/>
          </w:tcPr>
          <w:p w14:paraId="048FFAC9" w14:textId="77777777" w:rsidR="0091285B" w:rsidRPr="00032B58" w:rsidRDefault="005F5C62">
            <w:pPr>
              <w:rPr>
                <w:sz w:val="22"/>
              </w:rPr>
            </w:pPr>
            <w:r w:rsidRPr="00032B58">
              <w:rPr>
                <w:b/>
                <w:color w:val="FFFFFF"/>
                <w:sz w:val="22"/>
              </w:rPr>
              <w:t>Ref.</w:t>
            </w:r>
          </w:p>
        </w:tc>
        <w:tc>
          <w:tcPr>
            <w:tcW w:w="2914" w:type="dxa"/>
            <w:shd w:val="clear" w:color="auto" w:fill="3C542C"/>
            <w:tcMar>
              <w:top w:w="100" w:type="dxa"/>
              <w:left w:w="120" w:type="dxa"/>
              <w:bottom w:w="100" w:type="dxa"/>
              <w:right w:w="120" w:type="dxa"/>
            </w:tcMar>
            <w:vAlign w:val="center"/>
          </w:tcPr>
          <w:p w14:paraId="22949151" w14:textId="77777777" w:rsidR="0091285B" w:rsidRPr="00032B58" w:rsidRDefault="005F5C62">
            <w:pPr>
              <w:rPr>
                <w:sz w:val="22"/>
              </w:rPr>
            </w:pPr>
            <w:r w:rsidRPr="00032B58">
              <w:rPr>
                <w:b/>
                <w:color w:val="FFFFFF"/>
                <w:sz w:val="22"/>
              </w:rPr>
              <w:t>Document / item</w:t>
            </w:r>
          </w:p>
        </w:tc>
        <w:tc>
          <w:tcPr>
            <w:tcW w:w="2920" w:type="dxa"/>
            <w:shd w:val="clear" w:color="auto" w:fill="3C542C"/>
            <w:tcMar>
              <w:top w:w="100" w:type="dxa"/>
              <w:left w:w="120" w:type="dxa"/>
              <w:bottom w:w="100" w:type="dxa"/>
              <w:right w:w="120" w:type="dxa"/>
            </w:tcMar>
            <w:vAlign w:val="center"/>
          </w:tcPr>
          <w:p w14:paraId="38978EEB" w14:textId="77777777" w:rsidR="0091285B" w:rsidRPr="00032B58" w:rsidRDefault="005F5C62">
            <w:pPr>
              <w:rPr>
                <w:sz w:val="22"/>
              </w:rPr>
            </w:pPr>
            <w:r w:rsidRPr="00032B58">
              <w:rPr>
                <w:b/>
                <w:color w:val="FFFFFF"/>
                <w:sz w:val="22"/>
              </w:rPr>
              <w:t>Claim supported</w:t>
            </w:r>
          </w:p>
        </w:tc>
        <w:tc>
          <w:tcPr>
            <w:tcW w:w="2126" w:type="dxa"/>
            <w:shd w:val="clear" w:color="auto" w:fill="3C542C"/>
            <w:tcMar>
              <w:top w:w="100" w:type="dxa"/>
              <w:left w:w="120" w:type="dxa"/>
              <w:bottom w:w="100" w:type="dxa"/>
              <w:right w:w="120" w:type="dxa"/>
            </w:tcMar>
            <w:vAlign w:val="center"/>
          </w:tcPr>
          <w:p w14:paraId="29529395" w14:textId="77777777" w:rsidR="0091285B" w:rsidRPr="00032B58" w:rsidRDefault="005F5C62">
            <w:pPr>
              <w:rPr>
                <w:sz w:val="22"/>
              </w:rPr>
            </w:pPr>
            <w:r w:rsidRPr="00032B58">
              <w:rPr>
                <w:b/>
                <w:color w:val="FFFFFF"/>
                <w:sz w:val="22"/>
              </w:rPr>
              <w:t>Page / section</w:t>
            </w:r>
          </w:p>
        </w:tc>
      </w:tr>
      <w:tr w:rsidR="0091285B" w14:paraId="4C92940D" w14:textId="77777777" w:rsidTr="00457CDC">
        <w:trPr>
          <w:jc w:val="center"/>
        </w:trPr>
        <w:tc>
          <w:tcPr>
            <w:tcW w:w="2126" w:type="dxa"/>
            <w:tcMar>
              <w:top w:w="100" w:type="dxa"/>
              <w:left w:w="120" w:type="dxa"/>
              <w:bottom w:w="100" w:type="dxa"/>
              <w:right w:w="120" w:type="dxa"/>
            </w:tcMar>
            <w:vAlign w:val="center"/>
          </w:tcPr>
          <w:p w14:paraId="406654EB" w14:textId="77777777" w:rsidR="0091285B" w:rsidRDefault="005F5C62">
            <w:r>
              <w:rPr>
                <w:sz w:val="19"/>
              </w:rPr>
              <w:br/>
            </w:r>
          </w:p>
        </w:tc>
        <w:tc>
          <w:tcPr>
            <w:tcW w:w="2914" w:type="dxa"/>
            <w:tcMar>
              <w:top w:w="100" w:type="dxa"/>
              <w:left w:w="120" w:type="dxa"/>
              <w:bottom w:w="100" w:type="dxa"/>
              <w:right w:w="120" w:type="dxa"/>
            </w:tcMar>
            <w:vAlign w:val="center"/>
          </w:tcPr>
          <w:p w14:paraId="30D49A88" w14:textId="77777777" w:rsidR="0091285B" w:rsidRDefault="005F5C62">
            <w:r>
              <w:rPr>
                <w:sz w:val="19"/>
              </w:rPr>
              <w:br/>
            </w:r>
          </w:p>
        </w:tc>
        <w:tc>
          <w:tcPr>
            <w:tcW w:w="2920" w:type="dxa"/>
            <w:tcMar>
              <w:top w:w="100" w:type="dxa"/>
              <w:left w:w="120" w:type="dxa"/>
              <w:bottom w:w="100" w:type="dxa"/>
              <w:right w:w="120" w:type="dxa"/>
            </w:tcMar>
            <w:vAlign w:val="center"/>
          </w:tcPr>
          <w:p w14:paraId="6739211B" w14:textId="77777777" w:rsidR="0091285B" w:rsidRDefault="005F5C62">
            <w:r>
              <w:rPr>
                <w:sz w:val="19"/>
              </w:rPr>
              <w:br/>
            </w:r>
          </w:p>
        </w:tc>
        <w:tc>
          <w:tcPr>
            <w:tcW w:w="2126" w:type="dxa"/>
            <w:tcMar>
              <w:top w:w="100" w:type="dxa"/>
              <w:left w:w="120" w:type="dxa"/>
              <w:bottom w:w="100" w:type="dxa"/>
              <w:right w:w="120" w:type="dxa"/>
            </w:tcMar>
            <w:vAlign w:val="center"/>
          </w:tcPr>
          <w:p w14:paraId="15B7F083" w14:textId="77777777" w:rsidR="0091285B" w:rsidRDefault="005F5C62">
            <w:r>
              <w:rPr>
                <w:sz w:val="19"/>
              </w:rPr>
              <w:br/>
            </w:r>
          </w:p>
        </w:tc>
      </w:tr>
      <w:tr w:rsidR="0091285B" w14:paraId="2D2BE708" w14:textId="77777777" w:rsidTr="00457CDC">
        <w:trPr>
          <w:jc w:val="center"/>
        </w:trPr>
        <w:tc>
          <w:tcPr>
            <w:tcW w:w="2126" w:type="dxa"/>
            <w:tcMar>
              <w:top w:w="100" w:type="dxa"/>
              <w:left w:w="120" w:type="dxa"/>
              <w:bottom w:w="100" w:type="dxa"/>
              <w:right w:w="120" w:type="dxa"/>
            </w:tcMar>
            <w:vAlign w:val="center"/>
          </w:tcPr>
          <w:p w14:paraId="2E4694FC" w14:textId="77777777" w:rsidR="0091285B" w:rsidRDefault="005F5C62">
            <w:r>
              <w:rPr>
                <w:sz w:val="19"/>
              </w:rPr>
              <w:br/>
            </w:r>
          </w:p>
        </w:tc>
        <w:tc>
          <w:tcPr>
            <w:tcW w:w="2914" w:type="dxa"/>
            <w:tcMar>
              <w:top w:w="100" w:type="dxa"/>
              <w:left w:w="120" w:type="dxa"/>
              <w:bottom w:w="100" w:type="dxa"/>
              <w:right w:w="120" w:type="dxa"/>
            </w:tcMar>
            <w:vAlign w:val="center"/>
          </w:tcPr>
          <w:p w14:paraId="64CE4E5A" w14:textId="77777777" w:rsidR="0091285B" w:rsidRDefault="005F5C62">
            <w:r>
              <w:rPr>
                <w:sz w:val="19"/>
              </w:rPr>
              <w:br/>
            </w:r>
          </w:p>
        </w:tc>
        <w:tc>
          <w:tcPr>
            <w:tcW w:w="2920" w:type="dxa"/>
            <w:tcMar>
              <w:top w:w="100" w:type="dxa"/>
              <w:left w:w="120" w:type="dxa"/>
              <w:bottom w:w="100" w:type="dxa"/>
              <w:right w:w="120" w:type="dxa"/>
            </w:tcMar>
            <w:vAlign w:val="center"/>
          </w:tcPr>
          <w:p w14:paraId="59A0C57C" w14:textId="77777777" w:rsidR="0091285B" w:rsidRDefault="005F5C62">
            <w:r>
              <w:rPr>
                <w:sz w:val="19"/>
              </w:rPr>
              <w:br/>
            </w:r>
          </w:p>
        </w:tc>
        <w:tc>
          <w:tcPr>
            <w:tcW w:w="2126" w:type="dxa"/>
            <w:tcMar>
              <w:top w:w="100" w:type="dxa"/>
              <w:left w:w="120" w:type="dxa"/>
              <w:bottom w:w="100" w:type="dxa"/>
              <w:right w:w="120" w:type="dxa"/>
            </w:tcMar>
            <w:vAlign w:val="center"/>
          </w:tcPr>
          <w:p w14:paraId="07C50A61" w14:textId="77777777" w:rsidR="0091285B" w:rsidRDefault="005F5C62">
            <w:r>
              <w:rPr>
                <w:sz w:val="19"/>
              </w:rPr>
              <w:br/>
            </w:r>
          </w:p>
        </w:tc>
      </w:tr>
      <w:tr w:rsidR="0091285B" w14:paraId="22408B0A" w14:textId="77777777" w:rsidTr="00457CDC">
        <w:trPr>
          <w:jc w:val="center"/>
        </w:trPr>
        <w:tc>
          <w:tcPr>
            <w:tcW w:w="2126" w:type="dxa"/>
            <w:tcMar>
              <w:top w:w="100" w:type="dxa"/>
              <w:left w:w="120" w:type="dxa"/>
              <w:bottom w:w="100" w:type="dxa"/>
              <w:right w:w="120" w:type="dxa"/>
            </w:tcMar>
            <w:vAlign w:val="center"/>
          </w:tcPr>
          <w:p w14:paraId="084AF5CD" w14:textId="77777777" w:rsidR="0091285B" w:rsidRDefault="005F5C62">
            <w:r>
              <w:rPr>
                <w:sz w:val="19"/>
              </w:rPr>
              <w:br/>
            </w:r>
          </w:p>
        </w:tc>
        <w:tc>
          <w:tcPr>
            <w:tcW w:w="2914" w:type="dxa"/>
            <w:tcMar>
              <w:top w:w="100" w:type="dxa"/>
              <w:left w:w="120" w:type="dxa"/>
              <w:bottom w:w="100" w:type="dxa"/>
              <w:right w:w="120" w:type="dxa"/>
            </w:tcMar>
            <w:vAlign w:val="center"/>
          </w:tcPr>
          <w:p w14:paraId="3EC46F6C" w14:textId="77777777" w:rsidR="0091285B" w:rsidRDefault="005F5C62">
            <w:r>
              <w:rPr>
                <w:sz w:val="19"/>
              </w:rPr>
              <w:br/>
            </w:r>
          </w:p>
        </w:tc>
        <w:tc>
          <w:tcPr>
            <w:tcW w:w="2920" w:type="dxa"/>
            <w:tcMar>
              <w:top w:w="100" w:type="dxa"/>
              <w:left w:w="120" w:type="dxa"/>
              <w:bottom w:w="100" w:type="dxa"/>
              <w:right w:w="120" w:type="dxa"/>
            </w:tcMar>
            <w:vAlign w:val="center"/>
          </w:tcPr>
          <w:p w14:paraId="10F353AF" w14:textId="77777777" w:rsidR="0091285B" w:rsidRDefault="005F5C62">
            <w:r>
              <w:rPr>
                <w:sz w:val="19"/>
              </w:rPr>
              <w:br/>
            </w:r>
          </w:p>
        </w:tc>
        <w:tc>
          <w:tcPr>
            <w:tcW w:w="2126" w:type="dxa"/>
            <w:tcMar>
              <w:top w:w="100" w:type="dxa"/>
              <w:left w:w="120" w:type="dxa"/>
              <w:bottom w:w="100" w:type="dxa"/>
              <w:right w:w="120" w:type="dxa"/>
            </w:tcMar>
            <w:vAlign w:val="center"/>
          </w:tcPr>
          <w:p w14:paraId="61DE250F" w14:textId="77777777" w:rsidR="0091285B" w:rsidRDefault="005F5C62">
            <w:r>
              <w:rPr>
                <w:sz w:val="19"/>
              </w:rPr>
              <w:br/>
            </w:r>
          </w:p>
        </w:tc>
      </w:tr>
      <w:tr w:rsidR="0091285B" w14:paraId="14F4F095" w14:textId="77777777" w:rsidTr="00457CDC">
        <w:trPr>
          <w:jc w:val="center"/>
        </w:trPr>
        <w:tc>
          <w:tcPr>
            <w:tcW w:w="2126" w:type="dxa"/>
            <w:tcMar>
              <w:top w:w="100" w:type="dxa"/>
              <w:left w:w="120" w:type="dxa"/>
              <w:bottom w:w="100" w:type="dxa"/>
              <w:right w:w="120" w:type="dxa"/>
            </w:tcMar>
            <w:vAlign w:val="center"/>
          </w:tcPr>
          <w:p w14:paraId="2122C943" w14:textId="77777777" w:rsidR="0091285B" w:rsidRDefault="005F5C62">
            <w:r>
              <w:rPr>
                <w:sz w:val="19"/>
              </w:rPr>
              <w:br/>
            </w:r>
          </w:p>
        </w:tc>
        <w:tc>
          <w:tcPr>
            <w:tcW w:w="2914" w:type="dxa"/>
            <w:tcMar>
              <w:top w:w="100" w:type="dxa"/>
              <w:left w:w="120" w:type="dxa"/>
              <w:bottom w:w="100" w:type="dxa"/>
              <w:right w:w="120" w:type="dxa"/>
            </w:tcMar>
            <w:vAlign w:val="center"/>
          </w:tcPr>
          <w:p w14:paraId="4E8FE5E2" w14:textId="77777777" w:rsidR="0091285B" w:rsidRDefault="005F5C62">
            <w:r>
              <w:rPr>
                <w:sz w:val="19"/>
              </w:rPr>
              <w:br/>
            </w:r>
          </w:p>
        </w:tc>
        <w:tc>
          <w:tcPr>
            <w:tcW w:w="2920" w:type="dxa"/>
            <w:tcMar>
              <w:top w:w="100" w:type="dxa"/>
              <w:left w:w="120" w:type="dxa"/>
              <w:bottom w:w="100" w:type="dxa"/>
              <w:right w:w="120" w:type="dxa"/>
            </w:tcMar>
            <w:vAlign w:val="center"/>
          </w:tcPr>
          <w:p w14:paraId="0172E114" w14:textId="77777777" w:rsidR="0091285B" w:rsidRDefault="005F5C62">
            <w:r>
              <w:rPr>
                <w:sz w:val="19"/>
              </w:rPr>
              <w:br/>
            </w:r>
          </w:p>
        </w:tc>
        <w:tc>
          <w:tcPr>
            <w:tcW w:w="2126" w:type="dxa"/>
            <w:tcMar>
              <w:top w:w="100" w:type="dxa"/>
              <w:left w:w="120" w:type="dxa"/>
              <w:bottom w:w="100" w:type="dxa"/>
              <w:right w:w="120" w:type="dxa"/>
            </w:tcMar>
            <w:vAlign w:val="center"/>
          </w:tcPr>
          <w:p w14:paraId="2F3164CE" w14:textId="77777777" w:rsidR="0091285B" w:rsidRDefault="005F5C62">
            <w:r>
              <w:rPr>
                <w:sz w:val="19"/>
              </w:rPr>
              <w:br/>
            </w:r>
          </w:p>
        </w:tc>
      </w:tr>
      <w:tr w:rsidR="0091285B" w14:paraId="2FC2F563" w14:textId="77777777" w:rsidTr="00457CDC">
        <w:trPr>
          <w:jc w:val="center"/>
        </w:trPr>
        <w:tc>
          <w:tcPr>
            <w:tcW w:w="2126" w:type="dxa"/>
            <w:tcMar>
              <w:top w:w="100" w:type="dxa"/>
              <w:left w:w="120" w:type="dxa"/>
              <w:bottom w:w="100" w:type="dxa"/>
              <w:right w:w="120" w:type="dxa"/>
            </w:tcMar>
            <w:vAlign w:val="center"/>
          </w:tcPr>
          <w:p w14:paraId="13BE3685" w14:textId="77777777" w:rsidR="0091285B" w:rsidRDefault="005F5C62">
            <w:r>
              <w:rPr>
                <w:sz w:val="19"/>
              </w:rPr>
              <w:br/>
            </w:r>
          </w:p>
        </w:tc>
        <w:tc>
          <w:tcPr>
            <w:tcW w:w="2914" w:type="dxa"/>
            <w:tcMar>
              <w:top w:w="100" w:type="dxa"/>
              <w:left w:w="120" w:type="dxa"/>
              <w:bottom w:w="100" w:type="dxa"/>
              <w:right w:w="120" w:type="dxa"/>
            </w:tcMar>
            <w:vAlign w:val="center"/>
          </w:tcPr>
          <w:p w14:paraId="033E58DC" w14:textId="77777777" w:rsidR="0091285B" w:rsidRDefault="005F5C62">
            <w:r>
              <w:rPr>
                <w:sz w:val="19"/>
              </w:rPr>
              <w:br/>
            </w:r>
          </w:p>
        </w:tc>
        <w:tc>
          <w:tcPr>
            <w:tcW w:w="2920" w:type="dxa"/>
            <w:tcMar>
              <w:top w:w="100" w:type="dxa"/>
              <w:left w:w="120" w:type="dxa"/>
              <w:bottom w:w="100" w:type="dxa"/>
              <w:right w:w="120" w:type="dxa"/>
            </w:tcMar>
            <w:vAlign w:val="center"/>
          </w:tcPr>
          <w:p w14:paraId="09E3A529" w14:textId="77777777" w:rsidR="0091285B" w:rsidRDefault="005F5C62">
            <w:r>
              <w:rPr>
                <w:sz w:val="19"/>
              </w:rPr>
              <w:br/>
            </w:r>
          </w:p>
        </w:tc>
        <w:tc>
          <w:tcPr>
            <w:tcW w:w="2126" w:type="dxa"/>
            <w:tcMar>
              <w:top w:w="100" w:type="dxa"/>
              <w:left w:w="120" w:type="dxa"/>
              <w:bottom w:w="100" w:type="dxa"/>
              <w:right w:w="120" w:type="dxa"/>
            </w:tcMar>
            <w:vAlign w:val="center"/>
          </w:tcPr>
          <w:p w14:paraId="7D43DEB0" w14:textId="77777777" w:rsidR="0091285B" w:rsidRDefault="005F5C62">
            <w:r>
              <w:rPr>
                <w:sz w:val="19"/>
              </w:rPr>
              <w:br/>
            </w:r>
          </w:p>
        </w:tc>
      </w:tr>
      <w:tr w:rsidR="0091285B" w14:paraId="2062FD74" w14:textId="77777777" w:rsidTr="00457CDC">
        <w:trPr>
          <w:jc w:val="center"/>
        </w:trPr>
        <w:tc>
          <w:tcPr>
            <w:tcW w:w="2126" w:type="dxa"/>
            <w:tcMar>
              <w:top w:w="100" w:type="dxa"/>
              <w:left w:w="120" w:type="dxa"/>
              <w:bottom w:w="100" w:type="dxa"/>
              <w:right w:w="120" w:type="dxa"/>
            </w:tcMar>
            <w:vAlign w:val="center"/>
          </w:tcPr>
          <w:p w14:paraId="654C95AE" w14:textId="77777777" w:rsidR="0091285B" w:rsidRDefault="005F5C62">
            <w:r>
              <w:rPr>
                <w:sz w:val="19"/>
              </w:rPr>
              <w:br/>
            </w:r>
          </w:p>
        </w:tc>
        <w:tc>
          <w:tcPr>
            <w:tcW w:w="2914" w:type="dxa"/>
            <w:tcMar>
              <w:top w:w="100" w:type="dxa"/>
              <w:left w:w="120" w:type="dxa"/>
              <w:bottom w:w="100" w:type="dxa"/>
              <w:right w:w="120" w:type="dxa"/>
            </w:tcMar>
            <w:vAlign w:val="center"/>
          </w:tcPr>
          <w:p w14:paraId="46170F53" w14:textId="77777777" w:rsidR="0091285B" w:rsidRDefault="005F5C62">
            <w:r>
              <w:rPr>
                <w:sz w:val="19"/>
              </w:rPr>
              <w:br/>
            </w:r>
          </w:p>
        </w:tc>
        <w:tc>
          <w:tcPr>
            <w:tcW w:w="2920" w:type="dxa"/>
            <w:tcMar>
              <w:top w:w="100" w:type="dxa"/>
              <w:left w:w="120" w:type="dxa"/>
              <w:bottom w:w="100" w:type="dxa"/>
              <w:right w:w="120" w:type="dxa"/>
            </w:tcMar>
            <w:vAlign w:val="center"/>
          </w:tcPr>
          <w:p w14:paraId="7DB3B831" w14:textId="77777777" w:rsidR="0091285B" w:rsidRDefault="005F5C62">
            <w:r>
              <w:rPr>
                <w:sz w:val="19"/>
              </w:rPr>
              <w:br/>
            </w:r>
          </w:p>
        </w:tc>
        <w:tc>
          <w:tcPr>
            <w:tcW w:w="2126" w:type="dxa"/>
            <w:tcMar>
              <w:top w:w="100" w:type="dxa"/>
              <w:left w:w="120" w:type="dxa"/>
              <w:bottom w:w="100" w:type="dxa"/>
              <w:right w:w="120" w:type="dxa"/>
            </w:tcMar>
            <w:vAlign w:val="center"/>
          </w:tcPr>
          <w:p w14:paraId="72AE3638" w14:textId="77777777" w:rsidR="0091285B" w:rsidRDefault="005F5C62">
            <w:r>
              <w:rPr>
                <w:sz w:val="19"/>
              </w:rPr>
              <w:br/>
            </w:r>
          </w:p>
        </w:tc>
      </w:tr>
      <w:tr w:rsidR="0091285B" w14:paraId="21833259" w14:textId="77777777" w:rsidTr="00457CDC">
        <w:trPr>
          <w:jc w:val="center"/>
        </w:trPr>
        <w:tc>
          <w:tcPr>
            <w:tcW w:w="2126" w:type="dxa"/>
            <w:tcMar>
              <w:top w:w="100" w:type="dxa"/>
              <w:left w:w="120" w:type="dxa"/>
              <w:bottom w:w="100" w:type="dxa"/>
              <w:right w:w="120" w:type="dxa"/>
            </w:tcMar>
            <w:vAlign w:val="center"/>
          </w:tcPr>
          <w:p w14:paraId="10A20F67" w14:textId="77777777" w:rsidR="0091285B" w:rsidRDefault="005F5C62">
            <w:r>
              <w:rPr>
                <w:sz w:val="19"/>
              </w:rPr>
              <w:br/>
            </w:r>
          </w:p>
        </w:tc>
        <w:tc>
          <w:tcPr>
            <w:tcW w:w="2914" w:type="dxa"/>
            <w:tcMar>
              <w:top w:w="100" w:type="dxa"/>
              <w:left w:w="120" w:type="dxa"/>
              <w:bottom w:w="100" w:type="dxa"/>
              <w:right w:w="120" w:type="dxa"/>
            </w:tcMar>
            <w:vAlign w:val="center"/>
          </w:tcPr>
          <w:p w14:paraId="3435A81A" w14:textId="77777777" w:rsidR="0091285B" w:rsidRDefault="005F5C62">
            <w:r>
              <w:rPr>
                <w:sz w:val="19"/>
              </w:rPr>
              <w:br/>
            </w:r>
          </w:p>
        </w:tc>
        <w:tc>
          <w:tcPr>
            <w:tcW w:w="2920" w:type="dxa"/>
            <w:tcMar>
              <w:top w:w="100" w:type="dxa"/>
              <w:left w:w="120" w:type="dxa"/>
              <w:bottom w:w="100" w:type="dxa"/>
              <w:right w:w="120" w:type="dxa"/>
            </w:tcMar>
            <w:vAlign w:val="center"/>
          </w:tcPr>
          <w:p w14:paraId="097EC471" w14:textId="77777777" w:rsidR="0091285B" w:rsidRDefault="005F5C62">
            <w:r>
              <w:rPr>
                <w:sz w:val="19"/>
              </w:rPr>
              <w:br/>
            </w:r>
          </w:p>
        </w:tc>
        <w:tc>
          <w:tcPr>
            <w:tcW w:w="2126" w:type="dxa"/>
            <w:tcMar>
              <w:top w:w="100" w:type="dxa"/>
              <w:left w:w="120" w:type="dxa"/>
              <w:bottom w:w="100" w:type="dxa"/>
              <w:right w:w="120" w:type="dxa"/>
            </w:tcMar>
            <w:vAlign w:val="center"/>
          </w:tcPr>
          <w:p w14:paraId="5F42D21B" w14:textId="77777777" w:rsidR="0091285B" w:rsidRDefault="005F5C62">
            <w:r>
              <w:rPr>
                <w:sz w:val="19"/>
              </w:rPr>
              <w:br/>
            </w:r>
          </w:p>
        </w:tc>
      </w:tr>
    </w:tbl>
    <w:p w14:paraId="412F4052" w14:textId="77777777" w:rsidR="0091285B" w:rsidRDefault="005F5C62">
      <w:pPr>
        <w:pStyle w:val="Heading2"/>
      </w:pPr>
      <w:r>
        <w:t>Confidentiality check</w:t>
      </w:r>
    </w:p>
    <w:p w14:paraId="4CC36846" w14:textId="40EB4BBD" w:rsidR="0091285B" w:rsidRPr="00457CDC" w:rsidRDefault="00E65AD2">
      <w:pPr>
        <w:ind w:left="216"/>
        <w:rPr>
          <w:sz w:val="22"/>
        </w:rPr>
      </w:pPr>
      <w:sdt>
        <w:sdtPr>
          <w:rPr>
            <w:sz w:val="22"/>
          </w:rPr>
          <w:id w:val="268434784"/>
          <w14:checkbox>
            <w14:checked w14:val="0"/>
            <w14:checkedState w14:val="00FC" w14:font="Wingdings"/>
            <w14:uncheckedState w14:val="2610" w14:font="MS Gothic"/>
          </w14:checkbox>
        </w:sdtPr>
        <w:sdtEndPr/>
        <w:sdtContent>
          <w:r w:rsidR="005308E4">
            <w:rPr>
              <w:rFonts w:ascii="MS Gothic" w:eastAsia="MS Gothic" w:hAnsi="MS Gothic" w:hint="eastAsia"/>
              <w:sz w:val="22"/>
            </w:rPr>
            <w:t>☐</w:t>
          </w:r>
        </w:sdtContent>
      </w:sdt>
      <w:r w:rsidR="00DF49EB" w:rsidRPr="00457CDC">
        <w:rPr>
          <w:sz w:val="22"/>
        </w:rPr>
        <w:t xml:space="preserve"> </w:t>
      </w:r>
      <w:r w:rsidR="005F5C62" w:rsidRPr="00457CDC">
        <w:rPr>
          <w:sz w:val="22"/>
        </w:rPr>
        <w:t>I have permission to share all third-party personal information included.</w:t>
      </w:r>
    </w:p>
    <w:p w14:paraId="7F842123" w14:textId="7F13CA54" w:rsidR="0091285B" w:rsidRPr="00457CDC" w:rsidRDefault="00E65AD2">
      <w:pPr>
        <w:ind w:left="216"/>
        <w:rPr>
          <w:sz w:val="22"/>
        </w:rPr>
      </w:pPr>
      <w:sdt>
        <w:sdtPr>
          <w:rPr>
            <w:sz w:val="22"/>
          </w:rPr>
          <w:id w:val="-656303437"/>
          <w14:checkbox>
            <w14:checked w14:val="0"/>
            <w14:checkedState w14:val="00FC" w14:font="Wingdings"/>
            <w14:uncheckedState w14:val="2610" w14:font="MS Gothic"/>
          </w14:checkbox>
        </w:sdtPr>
        <w:sdtEndPr/>
        <w:sdtContent>
          <w:r w:rsidR="00DF49EB">
            <w:rPr>
              <w:rFonts w:ascii="MS Gothic" w:eastAsia="MS Gothic" w:hAnsi="MS Gothic" w:hint="eastAsia"/>
              <w:sz w:val="22"/>
            </w:rPr>
            <w:t>☐</w:t>
          </w:r>
        </w:sdtContent>
      </w:sdt>
      <w:r w:rsidR="00DF49EB" w:rsidRPr="00457CDC">
        <w:rPr>
          <w:sz w:val="22"/>
        </w:rPr>
        <w:t xml:space="preserve"> </w:t>
      </w:r>
      <w:r w:rsidR="005F5C62" w:rsidRPr="00457CDC">
        <w:rPr>
          <w:sz w:val="22"/>
        </w:rPr>
        <w:t>I have removed or redacted information that assessors do not need.</w:t>
      </w:r>
    </w:p>
    <w:p w14:paraId="0AF84882" w14:textId="13CEA88F" w:rsidR="0091285B" w:rsidRPr="00457CDC" w:rsidRDefault="00E65AD2">
      <w:pPr>
        <w:ind w:left="216"/>
        <w:rPr>
          <w:sz w:val="22"/>
        </w:rPr>
      </w:pPr>
      <w:sdt>
        <w:sdtPr>
          <w:rPr>
            <w:sz w:val="22"/>
          </w:rPr>
          <w:id w:val="1787540269"/>
          <w14:checkbox>
            <w14:checked w14:val="0"/>
            <w14:checkedState w14:val="00FC" w14:font="Wingdings"/>
            <w14:uncheckedState w14:val="2610" w14:font="MS Gothic"/>
          </w14:checkbox>
        </w:sdtPr>
        <w:sdtEndPr/>
        <w:sdtContent>
          <w:r w:rsidR="00DF49EB">
            <w:rPr>
              <w:rFonts w:ascii="MS Gothic" w:eastAsia="MS Gothic" w:hAnsi="MS Gothic" w:hint="eastAsia"/>
              <w:sz w:val="22"/>
            </w:rPr>
            <w:t>☐</w:t>
          </w:r>
        </w:sdtContent>
      </w:sdt>
      <w:r w:rsidR="00DF49EB" w:rsidRPr="00457CDC">
        <w:rPr>
          <w:sz w:val="22"/>
        </w:rPr>
        <w:t xml:space="preserve"> </w:t>
      </w:r>
      <w:r w:rsidR="005F5C62" w:rsidRPr="00457CDC">
        <w:rPr>
          <w:sz w:val="22"/>
        </w:rPr>
        <w:t>I have not included material subject to confidentiality restrictions without appropriate authority.</w:t>
      </w:r>
    </w:p>
    <w:p w14:paraId="72026263" w14:textId="77777777" w:rsidR="0091285B" w:rsidRDefault="005F5C62">
      <w:r>
        <w:br w:type="page"/>
      </w:r>
    </w:p>
    <w:p w14:paraId="608574E3" w14:textId="77777777" w:rsidR="0091285B" w:rsidRDefault="005F5C62">
      <w:pPr>
        <w:pStyle w:val="Heading1"/>
      </w:pPr>
      <w:r>
        <w:lastRenderedPageBreak/>
        <w:t>Part E. Sponsors and joint testimonial</w:t>
      </w:r>
    </w:p>
    <w:tbl>
      <w:tblPr>
        <w:tblW w:w="0" w:type="auto"/>
        <w:jc w:val="center"/>
        <w:tblLook w:val="04A0" w:firstRow="1" w:lastRow="0" w:firstColumn="1" w:lastColumn="0" w:noHBand="0" w:noVBand="1"/>
      </w:tblPr>
      <w:tblGrid>
        <w:gridCol w:w="10166"/>
      </w:tblGrid>
      <w:tr w:rsidR="0091285B" w14:paraId="4CD82C7D" w14:textId="77777777">
        <w:trPr>
          <w:jc w:val="center"/>
        </w:trPr>
        <w:tc>
          <w:tcPr>
            <w:tcW w:w="10166" w:type="dxa"/>
            <w:shd w:val="clear" w:color="auto" w:fill="EAF2E4"/>
            <w:tcMar>
              <w:top w:w="140" w:type="dxa"/>
              <w:left w:w="160" w:type="dxa"/>
              <w:bottom w:w="140" w:type="dxa"/>
              <w:right w:w="160" w:type="dxa"/>
            </w:tcMar>
          </w:tcPr>
          <w:p w14:paraId="7AE20B4B" w14:textId="77777777" w:rsidR="0091285B" w:rsidRPr="00D3239C" w:rsidRDefault="005F5C62">
            <w:pPr>
              <w:rPr>
                <w:sz w:val="22"/>
              </w:rPr>
            </w:pPr>
            <w:r w:rsidRPr="00D3239C">
              <w:rPr>
                <w:b/>
                <w:color w:val="3C542C"/>
                <w:sz w:val="22"/>
              </w:rPr>
              <w:t>Why the sponsor role matters</w:t>
            </w:r>
            <w:r w:rsidRPr="00D3239C">
              <w:rPr>
                <w:b/>
                <w:color w:val="3C542C"/>
                <w:sz w:val="22"/>
              </w:rPr>
              <w:br/>
            </w:r>
            <w:r w:rsidRPr="00D3239C">
              <w:rPr>
                <w:sz w:val="22"/>
              </w:rPr>
              <w:t xml:space="preserve">The testimonial is central to the </w:t>
            </w:r>
            <w:proofErr w:type="gramStart"/>
            <w:r w:rsidRPr="00D3239C">
              <w:rPr>
                <w:sz w:val="22"/>
              </w:rPr>
              <w:t>assessment</w:t>
            </w:r>
            <w:proofErr w:type="gramEnd"/>
            <w:r w:rsidRPr="00D3239C">
              <w:rPr>
                <w:sz w:val="22"/>
              </w:rPr>
              <w:t>. Sponsors are not ceremonial signatories. They must scrutinise the complete application, test the claims against their knowledge, and give a fair, evidence-based view of the applicant’s notable and lasting contribution, professional respect and integrity.</w:t>
            </w:r>
          </w:p>
        </w:tc>
      </w:tr>
    </w:tbl>
    <w:p w14:paraId="1C2F9526" w14:textId="77777777" w:rsidR="0091285B" w:rsidRDefault="0091285B">
      <w:pPr>
        <w:spacing w:after="0"/>
      </w:pPr>
    </w:p>
    <w:p w14:paraId="68798F32" w14:textId="77777777" w:rsidR="0091285B" w:rsidRDefault="005F5C62">
      <w:pPr>
        <w:pStyle w:val="Heading2"/>
      </w:pPr>
      <w:r>
        <w:t>Who may act as a sponsor</w:t>
      </w:r>
    </w:p>
    <w:p w14:paraId="1A775A71" w14:textId="77777777" w:rsidR="0091285B" w:rsidRPr="00D3239C" w:rsidRDefault="005F5C62">
      <w:pPr>
        <w:pStyle w:val="ListBullet"/>
        <w:rPr>
          <w:sz w:val="22"/>
        </w:rPr>
      </w:pPr>
      <w:r w:rsidRPr="00D3239C">
        <w:rPr>
          <w:sz w:val="22"/>
        </w:rPr>
        <w:t>Two sponsors are required.</w:t>
      </w:r>
    </w:p>
    <w:p w14:paraId="6FD55C64" w14:textId="77777777" w:rsidR="0091285B" w:rsidRPr="00D3239C" w:rsidRDefault="005F5C62">
      <w:pPr>
        <w:pStyle w:val="ListBullet"/>
        <w:rPr>
          <w:sz w:val="22"/>
        </w:rPr>
      </w:pPr>
      <w:r w:rsidRPr="00D3239C">
        <w:rPr>
          <w:sz w:val="22"/>
        </w:rPr>
        <w:t>At least one sponsor must be a Full member or Fellow of CIEEM.</w:t>
      </w:r>
    </w:p>
    <w:p w14:paraId="67466322" w14:textId="75AF6E9A" w:rsidR="0091285B" w:rsidRPr="00D3239C" w:rsidRDefault="005F5C62">
      <w:pPr>
        <w:pStyle w:val="ListBullet"/>
        <w:rPr>
          <w:sz w:val="22"/>
        </w:rPr>
      </w:pPr>
      <w:r w:rsidRPr="00D3239C">
        <w:rPr>
          <w:sz w:val="22"/>
        </w:rPr>
        <w:t xml:space="preserve">The other may be a Full member or Fellow of CIEEM, or a Fellow, other than </w:t>
      </w:r>
      <w:r w:rsidR="00D3239C">
        <w:rPr>
          <w:sz w:val="22"/>
        </w:rPr>
        <w:t xml:space="preserve">an </w:t>
      </w:r>
      <w:r w:rsidRPr="00D3239C">
        <w:rPr>
          <w:sz w:val="22"/>
        </w:rPr>
        <w:t>Honorary Fellow, of another professional body.</w:t>
      </w:r>
    </w:p>
    <w:p w14:paraId="12560478" w14:textId="77777777" w:rsidR="0091285B" w:rsidRPr="00D3239C" w:rsidRDefault="005F5C62">
      <w:pPr>
        <w:pStyle w:val="ListBullet"/>
        <w:rPr>
          <w:sz w:val="22"/>
        </w:rPr>
      </w:pPr>
      <w:r w:rsidRPr="00D3239C">
        <w:rPr>
          <w:sz w:val="22"/>
        </w:rPr>
        <w:t xml:space="preserve">No more than one sponsor should be from the organisation where the applicant currently works. Except </w:t>
      </w:r>
      <w:proofErr w:type="gramStart"/>
      <w:r w:rsidRPr="00D3239C">
        <w:rPr>
          <w:sz w:val="22"/>
        </w:rPr>
        <w:t>in</w:t>
      </w:r>
      <w:proofErr w:type="gramEnd"/>
      <w:r w:rsidRPr="00D3239C">
        <w:rPr>
          <w:sz w:val="22"/>
        </w:rPr>
        <w:t xml:space="preserve"> exceptional circumstances, that person should not be the lead sponsor.</w:t>
      </w:r>
    </w:p>
    <w:p w14:paraId="08F61F67" w14:textId="77777777" w:rsidR="0091285B" w:rsidRPr="00D3239C" w:rsidRDefault="005F5C62">
      <w:pPr>
        <w:pStyle w:val="ListBullet"/>
        <w:rPr>
          <w:sz w:val="22"/>
        </w:rPr>
      </w:pPr>
      <w:r w:rsidRPr="00D3239C">
        <w:rPr>
          <w:sz w:val="22"/>
        </w:rPr>
        <w:t>Sponsors should know enough about the applicant and their work to make the declarations honestly. A sponsor who cannot verify the application should decline or explain the limits of their knowledge and ask the applicant to identify someone more suitable.</w:t>
      </w:r>
    </w:p>
    <w:p w14:paraId="651F618C" w14:textId="77777777" w:rsidR="0091285B" w:rsidRDefault="005F5C62">
      <w:pPr>
        <w:pStyle w:val="Heading2"/>
      </w:pPr>
      <w:r>
        <w:t>What sponsors must do</w:t>
      </w:r>
    </w:p>
    <w:p w14:paraId="7FEE1B5C" w14:textId="003BE1C8" w:rsidR="0091285B" w:rsidRPr="0008143D" w:rsidRDefault="005F5C62" w:rsidP="0008143D">
      <w:pPr>
        <w:pStyle w:val="ListParagraph"/>
        <w:numPr>
          <w:ilvl w:val="0"/>
          <w:numId w:val="12"/>
        </w:numPr>
        <w:ind w:left="426"/>
        <w:rPr>
          <w:sz w:val="22"/>
        </w:rPr>
      </w:pPr>
      <w:r w:rsidRPr="0008143D">
        <w:rPr>
          <w:sz w:val="22"/>
        </w:rPr>
        <w:t>Agree which sponsor will act as lead sponsor.</w:t>
      </w:r>
    </w:p>
    <w:p w14:paraId="6C9CA104" w14:textId="50C6CAEA" w:rsidR="0091285B" w:rsidRPr="0008143D" w:rsidRDefault="005F5C62" w:rsidP="0008143D">
      <w:pPr>
        <w:pStyle w:val="ListParagraph"/>
        <w:numPr>
          <w:ilvl w:val="0"/>
          <w:numId w:val="12"/>
        </w:numPr>
        <w:ind w:left="426"/>
        <w:rPr>
          <w:sz w:val="22"/>
        </w:rPr>
      </w:pPr>
      <w:r w:rsidRPr="0008143D">
        <w:rPr>
          <w:sz w:val="22"/>
        </w:rPr>
        <w:t>Read the complete application, CV and supporting evidence.</w:t>
      </w:r>
    </w:p>
    <w:p w14:paraId="4FD9F563" w14:textId="1DCAAC03" w:rsidR="0091285B" w:rsidRPr="0008143D" w:rsidRDefault="005F5C62" w:rsidP="0008143D">
      <w:pPr>
        <w:pStyle w:val="ListParagraph"/>
        <w:numPr>
          <w:ilvl w:val="0"/>
          <w:numId w:val="12"/>
        </w:numPr>
        <w:ind w:left="426"/>
        <w:rPr>
          <w:sz w:val="22"/>
        </w:rPr>
      </w:pPr>
      <w:r w:rsidRPr="0008143D">
        <w:rPr>
          <w:sz w:val="22"/>
        </w:rPr>
        <w:t>Discuss the evidence together and prepare one joint testimonial.</w:t>
      </w:r>
    </w:p>
    <w:p w14:paraId="77A7B632" w14:textId="072053CF" w:rsidR="0091285B" w:rsidRPr="0008143D" w:rsidRDefault="005F5C62" w:rsidP="0008143D">
      <w:pPr>
        <w:pStyle w:val="ListParagraph"/>
        <w:numPr>
          <w:ilvl w:val="0"/>
          <w:numId w:val="12"/>
        </w:numPr>
        <w:ind w:left="426"/>
        <w:rPr>
          <w:sz w:val="22"/>
        </w:rPr>
      </w:pPr>
      <w:r w:rsidRPr="0008143D">
        <w:rPr>
          <w:sz w:val="22"/>
        </w:rPr>
        <w:t>Use specific examples and explain the basis of your knowledge. Do not simply repeat the applicant’s wording or provide a general accolade.</w:t>
      </w:r>
    </w:p>
    <w:p w14:paraId="78059731" w14:textId="1A9CDC55" w:rsidR="0091285B" w:rsidRPr="0008143D" w:rsidRDefault="005F5C62" w:rsidP="0008143D">
      <w:pPr>
        <w:pStyle w:val="ListParagraph"/>
        <w:numPr>
          <w:ilvl w:val="0"/>
          <w:numId w:val="12"/>
        </w:numPr>
        <w:ind w:left="426"/>
        <w:rPr>
          <w:sz w:val="22"/>
        </w:rPr>
      </w:pPr>
      <w:r w:rsidRPr="0008143D">
        <w:rPr>
          <w:sz w:val="22"/>
        </w:rPr>
        <w:t>Confirm the applicant’s professional respect, integrity and the accuracy of the material, to the best of your knowledge.</w:t>
      </w:r>
    </w:p>
    <w:p w14:paraId="09863CE6" w14:textId="01B92DD2" w:rsidR="0091285B" w:rsidRPr="0008143D" w:rsidRDefault="005F5C62" w:rsidP="0008143D">
      <w:pPr>
        <w:pStyle w:val="ListParagraph"/>
        <w:numPr>
          <w:ilvl w:val="0"/>
          <w:numId w:val="12"/>
        </w:numPr>
        <w:ind w:left="426"/>
        <w:rPr>
          <w:sz w:val="22"/>
        </w:rPr>
      </w:pPr>
      <w:r w:rsidRPr="0008143D">
        <w:rPr>
          <w:sz w:val="22"/>
        </w:rPr>
        <w:t>Respond if CIEEM seeks clarification or verification.</w:t>
      </w:r>
    </w:p>
    <w:p w14:paraId="7C294247" w14:textId="77777777" w:rsidR="0008143D" w:rsidRDefault="0008143D">
      <w:pPr>
        <w:spacing w:after="200" w:line="276" w:lineRule="auto"/>
        <w:rPr>
          <w:rFonts w:asciiTheme="majorHAnsi" w:eastAsiaTheme="majorEastAsia" w:hAnsiTheme="majorHAnsi" w:cstheme="majorBidi"/>
          <w:b/>
          <w:bCs/>
          <w:color w:val="5E8C48"/>
          <w:sz w:val="28"/>
          <w:szCs w:val="26"/>
        </w:rPr>
      </w:pPr>
      <w:r>
        <w:br w:type="page"/>
      </w:r>
    </w:p>
    <w:p w14:paraId="7DDAEE09" w14:textId="756343B4" w:rsidR="0091285B" w:rsidRDefault="005F5C62">
      <w:pPr>
        <w:pStyle w:val="Heading2"/>
      </w:pPr>
      <w:r>
        <w:lastRenderedPageBreak/>
        <w:t>Sponsor details</w:t>
      </w:r>
    </w:p>
    <w:p w14:paraId="52EACF19" w14:textId="77777777" w:rsidR="0091285B" w:rsidRPr="0008143D" w:rsidRDefault="005F5C62">
      <w:pPr>
        <w:pStyle w:val="Heading3"/>
        <w:rPr>
          <w:rFonts w:ascii="Aptos" w:hAnsi="Aptos"/>
        </w:rPr>
      </w:pPr>
      <w:r w:rsidRPr="0008143D">
        <w:rPr>
          <w:rFonts w:ascii="Aptos" w:hAnsi="Aptos"/>
        </w:rPr>
        <w:t>First / lead sponsor</w:t>
      </w:r>
    </w:p>
    <w:tbl>
      <w:tblPr>
        <w:tblStyle w:val="TableGrid"/>
        <w:tblW w:w="0" w:type="auto"/>
        <w:jc w:val="center"/>
        <w:tblLook w:val="04A0" w:firstRow="1" w:lastRow="0" w:firstColumn="1" w:lastColumn="0" w:noHBand="0" w:noVBand="1"/>
      </w:tblPr>
      <w:tblGrid>
        <w:gridCol w:w="5245"/>
        <w:gridCol w:w="4921"/>
      </w:tblGrid>
      <w:tr w:rsidR="0091285B" w:rsidRPr="0008143D" w14:paraId="5FA413BB" w14:textId="77777777" w:rsidTr="00F62872">
        <w:trPr>
          <w:jc w:val="center"/>
        </w:trPr>
        <w:tc>
          <w:tcPr>
            <w:tcW w:w="5245" w:type="dxa"/>
            <w:shd w:val="clear" w:color="auto" w:fill="EAF2E4"/>
            <w:tcMar>
              <w:top w:w="100" w:type="dxa"/>
              <w:left w:w="120" w:type="dxa"/>
              <w:bottom w:w="100" w:type="dxa"/>
              <w:right w:w="120" w:type="dxa"/>
            </w:tcMar>
            <w:vAlign w:val="center"/>
          </w:tcPr>
          <w:p w14:paraId="1517C76E" w14:textId="29119C3D" w:rsidR="0091285B" w:rsidRPr="0008143D" w:rsidRDefault="005F5C62">
            <w:pPr>
              <w:rPr>
                <w:sz w:val="22"/>
              </w:rPr>
            </w:pPr>
            <w:r w:rsidRPr="0008143D">
              <w:rPr>
                <w:b/>
                <w:color w:val="3C542C"/>
                <w:sz w:val="22"/>
              </w:rPr>
              <w:t>Name</w:t>
            </w:r>
            <w:r w:rsidR="00F62872">
              <w:rPr>
                <w:b/>
                <w:color w:val="3C542C"/>
                <w:sz w:val="22"/>
              </w:rPr>
              <w:t>:</w:t>
            </w:r>
          </w:p>
        </w:tc>
        <w:tc>
          <w:tcPr>
            <w:tcW w:w="4921" w:type="dxa"/>
            <w:tcMar>
              <w:top w:w="100" w:type="dxa"/>
              <w:left w:w="120" w:type="dxa"/>
              <w:bottom w:w="100" w:type="dxa"/>
              <w:right w:w="120" w:type="dxa"/>
            </w:tcMar>
            <w:vAlign w:val="center"/>
          </w:tcPr>
          <w:p w14:paraId="4C4A762A" w14:textId="77777777" w:rsidR="0091285B" w:rsidRPr="0008143D" w:rsidRDefault="005F5C62">
            <w:pPr>
              <w:rPr>
                <w:sz w:val="22"/>
              </w:rPr>
            </w:pPr>
            <w:r w:rsidRPr="0008143D">
              <w:rPr>
                <w:sz w:val="22"/>
              </w:rPr>
              <w:br/>
            </w:r>
          </w:p>
        </w:tc>
      </w:tr>
      <w:tr w:rsidR="0091285B" w:rsidRPr="0008143D" w14:paraId="6C95601A" w14:textId="77777777" w:rsidTr="00F62872">
        <w:trPr>
          <w:jc w:val="center"/>
        </w:trPr>
        <w:tc>
          <w:tcPr>
            <w:tcW w:w="5245" w:type="dxa"/>
            <w:shd w:val="clear" w:color="auto" w:fill="EAF2E4"/>
            <w:tcMar>
              <w:top w:w="100" w:type="dxa"/>
              <w:left w:w="120" w:type="dxa"/>
              <w:bottom w:w="100" w:type="dxa"/>
              <w:right w:w="120" w:type="dxa"/>
            </w:tcMar>
            <w:vAlign w:val="center"/>
          </w:tcPr>
          <w:p w14:paraId="3495CB0B" w14:textId="23A3AB46" w:rsidR="0091285B" w:rsidRPr="0008143D" w:rsidRDefault="005F5C62">
            <w:pPr>
              <w:rPr>
                <w:sz w:val="22"/>
              </w:rPr>
            </w:pPr>
            <w:r w:rsidRPr="0008143D">
              <w:rPr>
                <w:b/>
                <w:color w:val="3C542C"/>
                <w:sz w:val="22"/>
              </w:rPr>
              <w:t>Position / organisation</w:t>
            </w:r>
            <w:r w:rsidR="00F62872">
              <w:rPr>
                <w:b/>
                <w:color w:val="3C542C"/>
                <w:sz w:val="22"/>
              </w:rPr>
              <w:t>:</w:t>
            </w:r>
          </w:p>
        </w:tc>
        <w:tc>
          <w:tcPr>
            <w:tcW w:w="4921" w:type="dxa"/>
            <w:tcMar>
              <w:top w:w="100" w:type="dxa"/>
              <w:left w:w="120" w:type="dxa"/>
              <w:bottom w:w="100" w:type="dxa"/>
              <w:right w:w="120" w:type="dxa"/>
            </w:tcMar>
            <w:vAlign w:val="center"/>
          </w:tcPr>
          <w:p w14:paraId="719B443A" w14:textId="77777777" w:rsidR="0091285B" w:rsidRPr="0008143D" w:rsidRDefault="005F5C62">
            <w:pPr>
              <w:rPr>
                <w:sz w:val="22"/>
              </w:rPr>
            </w:pPr>
            <w:r w:rsidRPr="0008143D">
              <w:rPr>
                <w:sz w:val="22"/>
              </w:rPr>
              <w:br/>
            </w:r>
          </w:p>
        </w:tc>
      </w:tr>
      <w:tr w:rsidR="0091285B" w:rsidRPr="0008143D" w14:paraId="65E6FBA0" w14:textId="77777777" w:rsidTr="00F62872">
        <w:trPr>
          <w:jc w:val="center"/>
        </w:trPr>
        <w:tc>
          <w:tcPr>
            <w:tcW w:w="5245" w:type="dxa"/>
            <w:shd w:val="clear" w:color="auto" w:fill="EAF2E4"/>
            <w:tcMar>
              <w:top w:w="100" w:type="dxa"/>
              <w:left w:w="120" w:type="dxa"/>
              <w:bottom w:w="100" w:type="dxa"/>
              <w:right w:w="120" w:type="dxa"/>
            </w:tcMar>
            <w:vAlign w:val="center"/>
          </w:tcPr>
          <w:p w14:paraId="3994A92D" w14:textId="58EE7179" w:rsidR="0091285B" w:rsidRPr="0008143D" w:rsidRDefault="005F5C62">
            <w:pPr>
              <w:rPr>
                <w:sz w:val="22"/>
              </w:rPr>
            </w:pPr>
            <w:r w:rsidRPr="0008143D">
              <w:rPr>
                <w:b/>
                <w:color w:val="3C542C"/>
                <w:sz w:val="22"/>
              </w:rPr>
              <w:t>Email</w:t>
            </w:r>
            <w:r w:rsidR="00F62872">
              <w:rPr>
                <w:b/>
                <w:color w:val="3C542C"/>
                <w:sz w:val="22"/>
              </w:rPr>
              <w:t>:</w:t>
            </w:r>
          </w:p>
        </w:tc>
        <w:tc>
          <w:tcPr>
            <w:tcW w:w="4921" w:type="dxa"/>
            <w:tcMar>
              <w:top w:w="100" w:type="dxa"/>
              <w:left w:w="120" w:type="dxa"/>
              <w:bottom w:w="100" w:type="dxa"/>
              <w:right w:w="120" w:type="dxa"/>
            </w:tcMar>
            <w:vAlign w:val="center"/>
          </w:tcPr>
          <w:p w14:paraId="172AF433" w14:textId="77777777" w:rsidR="0091285B" w:rsidRPr="0008143D" w:rsidRDefault="005F5C62">
            <w:pPr>
              <w:rPr>
                <w:sz w:val="22"/>
              </w:rPr>
            </w:pPr>
            <w:r w:rsidRPr="0008143D">
              <w:rPr>
                <w:sz w:val="22"/>
              </w:rPr>
              <w:br/>
            </w:r>
          </w:p>
        </w:tc>
      </w:tr>
      <w:tr w:rsidR="0091285B" w:rsidRPr="0008143D" w14:paraId="78E65E9A" w14:textId="77777777" w:rsidTr="00F62872">
        <w:trPr>
          <w:jc w:val="center"/>
        </w:trPr>
        <w:tc>
          <w:tcPr>
            <w:tcW w:w="5245" w:type="dxa"/>
            <w:shd w:val="clear" w:color="auto" w:fill="EAF2E4"/>
            <w:tcMar>
              <w:top w:w="100" w:type="dxa"/>
              <w:left w:w="120" w:type="dxa"/>
              <w:bottom w:w="100" w:type="dxa"/>
              <w:right w:w="120" w:type="dxa"/>
            </w:tcMar>
            <w:vAlign w:val="center"/>
          </w:tcPr>
          <w:p w14:paraId="695024AE" w14:textId="4E840F04" w:rsidR="0091285B" w:rsidRPr="0008143D" w:rsidRDefault="005F5C62">
            <w:pPr>
              <w:rPr>
                <w:sz w:val="22"/>
              </w:rPr>
            </w:pPr>
            <w:r w:rsidRPr="0008143D">
              <w:rPr>
                <w:b/>
                <w:color w:val="3C542C"/>
                <w:sz w:val="22"/>
              </w:rPr>
              <w:t>Professional body and grade</w:t>
            </w:r>
            <w:r w:rsidR="00F62872">
              <w:rPr>
                <w:b/>
                <w:color w:val="3C542C"/>
                <w:sz w:val="22"/>
              </w:rPr>
              <w:t>:</w:t>
            </w:r>
          </w:p>
        </w:tc>
        <w:tc>
          <w:tcPr>
            <w:tcW w:w="4921" w:type="dxa"/>
            <w:tcMar>
              <w:top w:w="100" w:type="dxa"/>
              <w:left w:w="120" w:type="dxa"/>
              <w:bottom w:w="100" w:type="dxa"/>
              <w:right w:w="120" w:type="dxa"/>
            </w:tcMar>
            <w:vAlign w:val="center"/>
          </w:tcPr>
          <w:p w14:paraId="429C1535" w14:textId="77777777" w:rsidR="0091285B" w:rsidRPr="0008143D" w:rsidRDefault="005F5C62">
            <w:pPr>
              <w:rPr>
                <w:sz w:val="22"/>
              </w:rPr>
            </w:pPr>
            <w:r w:rsidRPr="0008143D">
              <w:rPr>
                <w:sz w:val="22"/>
              </w:rPr>
              <w:br/>
            </w:r>
          </w:p>
        </w:tc>
      </w:tr>
      <w:tr w:rsidR="0091285B" w:rsidRPr="0008143D" w14:paraId="1D457351" w14:textId="77777777" w:rsidTr="00F62872">
        <w:trPr>
          <w:jc w:val="center"/>
        </w:trPr>
        <w:tc>
          <w:tcPr>
            <w:tcW w:w="5245" w:type="dxa"/>
            <w:shd w:val="clear" w:color="auto" w:fill="EAF2E4"/>
            <w:tcMar>
              <w:top w:w="100" w:type="dxa"/>
              <w:left w:w="120" w:type="dxa"/>
              <w:bottom w:w="100" w:type="dxa"/>
              <w:right w:w="120" w:type="dxa"/>
            </w:tcMar>
            <w:vAlign w:val="center"/>
          </w:tcPr>
          <w:p w14:paraId="38C83DAC" w14:textId="3B40E10C" w:rsidR="0091285B" w:rsidRPr="0008143D" w:rsidRDefault="005F5C62">
            <w:pPr>
              <w:rPr>
                <w:sz w:val="22"/>
              </w:rPr>
            </w:pPr>
            <w:r w:rsidRPr="0008143D">
              <w:rPr>
                <w:b/>
                <w:color w:val="3C542C"/>
                <w:sz w:val="22"/>
              </w:rPr>
              <w:t>Membership / registration number (if applicable)</w:t>
            </w:r>
            <w:r w:rsidR="00F62872">
              <w:rPr>
                <w:b/>
                <w:color w:val="3C542C"/>
                <w:sz w:val="22"/>
              </w:rPr>
              <w:t>:</w:t>
            </w:r>
          </w:p>
        </w:tc>
        <w:tc>
          <w:tcPr>
            <w:tcW w:w="4921" w:type="dxa"/>
            <w:tcMar>
              <w:top w:w="100" w:type="dxa"/>
              <w:left w:w="120" w:type="dxa"/>
              <w:bottom w:w="100" w:type="dxa"/>
              <w:right w:w="120" w:type="dxa"/>
            </w:tcMar>
            <w:vAlign w:val="center"/>
          </w:tcPr>
          <w:p w14:paraId="74F2AF8C" w14:textId="77777777" w:rsidR="0091285B" w:rsidRPr="0008143D" w:rsidRDefault="005F5C62">
            <w:pPr>
              <w:rPr>
                <w:sz w:val="22"/>
              </w:rPr>
            </w:pPr>
            <w:r w:rsidRPr="0008143D">
              <w:rPr>
                <w:sz w:val="22"/>
              </w:rPr>
              <w:br/>
            </w:r>
          </w:p>
        </w:tc>
      </w:tr>
      <w:tr w:rsidR="0091285B" w:rsidRPr="0008143D" w14:paraId="59D67D4E" w14:textId="77777777" w:rsidTr="00F62872">
        <w:trPr>
          <w:jc w:val="center"/>
        </w:trPr>
        <w:tc>
          <w:tcPr>
            <w:tcW w:w="5245" w:type="dxa"/>
            <w:shd w:val="clear" w:color="auto" w:fill="EAF2E4"/>
            <w:tcMar>
              <w:top w:w="100" w:type="dxa"/>
              <w:left w:w="120" w:type="dxa"/>
              <w:bottom w:w="100" w:type="dxa"/>
              <w:right w:w="120" w:type="dxa"/>
            </w:tcMar>
            <w:vAlign w:val="center"/>
          </w:tcPr>
          <w:p w14:paraId="0C659BCF" w14:textId="430665F9" w:rsidR="0091285B" w:rsidRPr="0008143D" w:rsidRDefault="0008143D">
            <w:pPr>
              <w:rPr>
                <w:sz w:val="22"/>
              </w:rPr>
            </w:pPr>
            <w:r>
              <w:rPr>
                <w:b/>
                <w:color w:val="3C542C"/>
                <w:sz w:val="22"/>
              </w:rPr>
              <w:t>Length of time and c</w:t>
            </w:r>
            <w:r w:rsidR="005F5C62" w:rsidRPr="0008143D">
              <w:rPr>
                <w:b/>
                <w:color w:val="3C542C"/>
                <w:sz w:val="22"/>
              </w:rPr>
              <w:t>apacity in which you know the applicant</w:t>
            </w:r>
            <w:r w:rsidR="00F62872">
              <w:rPr>
                <w:b/>
                <w:color w:val="3C542C"/>
                <w:sz w:val="22"/>
              </w:rPr>
              <w:t>:</w:t>
            </w:r>
          </w:p>
        </w:tc>
        <w:tc>
          <w:tcPr>
            <w:tcW w:w="4921" w:type="dxa"/>
            <w:tcMar>
              <w:top w:w="100" w:type="dxa"/>
              <w:left w:w="120" w:type="dxa"/>
              <w:bottom w:w="100" w:type="dxa"/>
              <w:right w:w="120" w:type="dxa"/>
            </w:tcMar>
            <w:vAlign w:val="center"/>
          </w:tcPr>
          <w:p w14:paraId="3116FC36" w14:textId="77777777" w:rsidR="0091285B" w:rsidRPr="0008143D" w:rsidRDefault="005F5C62">
            <w:pPr>
              <w:rPr>
                <w:sz w:val="22"/>
              </w:rPr>
            </w:pPr>
            <w:r w:rsidRPr="0008143D">
              <w:rPr>
                <w:sz w:val="22"/>
              </w:rPr>
              <w:br/>
            </w:r>
          </w:p>
        </w:tc>
      </w:tr>
    </w:tbl>
    <w:p w14:paraId="4AA0393B" w14:textId="77777777" w:rsidR="0091285B" w:rsidRDefault="0091285B">
      <w:pPr>
        <w:spacing w:after="0"/>
      </w:pPr>
    </w:p>
    <w:p w14:paraId="7FC07747" w14:textId="77777777" w:rsidR="0091285B" w:rsidRPr="0008143D" w:rsidRDefault="005F5C62">
      <w:pPr>
        <w:pStyle w:val="Heading3"/>
        <w:rPr>
          <w:rFonts w:ascii="Aptos" w:hAnsi="Aptos"/>
        </w:rPr>
      </w:pPr>
      <w:r w:rsidRPr="0008143D">
        <w:rPr>
          <w:rFonts w:ascii="Aptos" w:hAnsi="Aptos"/>
        </w:rPr>
        <w:t>Second sponsor</w:t>
      </w:r>
    </w:p>
    <w:tbl>
      <w:tblPr>
        <w:tblStyle w:val="TableGrid"/>
        <w:tblW w:w="0" w:type="auto"/>
        <w:jc w:val="center"/>
        <w:tblLook w:val="04A0" w:firstRow="1" w:lastRow="0" w:firstColumn="1" w:lastColumn="0" w:noHBand="0" w:noVBand="1"/>
      </w:tblPr>
      <w:tblGrid>
        <w:gridCol w:w="5245"/>
        <w:gridCol w:w="4921"/>
      </w:tblGrid>
      <w:tr w:rsidR="0091285B" w:rsidRPr="0008143D" w14:paraId="2535E8DE" w14:textId="77777777" w:rsidTr="00F62872">
        <w:trPr>
          <w:jc w:val="center"/>
        </w:trPr>
        <w:tc>
          <w:tcPr>
            <w:tcW w:w="5245" w:type="dxa"/>
            <w:shd w:val="clear" w:color="auto" w:fill="EAF2E4"/>
            <w:tcMar>
              <w:top w:w="100" w:type="dxa"/>
              <w:left w:w="120" w:type="dxa"/>
              <w:bottom w:w="100" w:type="dxa"/>
              <w:right w:w="120" w:type="dxa"/>
            </w:tcMar>
            <w:vAlign w:val="center"/>
          </w:tcPr>
          <w:p w14:paraId="15ACDFBF" w14:textId="5BF82540" w:rsidR="0091285B" w:rsidRPr="0008143D" w:rsidRDefault="005F5C62">
            <w:pPr>
              <w:rPr>
                <w:sz w:val="22"/>
              </w:rPr>
            </w:pPr>
            <w:r w:rsidRPr="0008143D">
              <w:rPr>
                <w:b/>
                <w:color w:val="3C542C"/>
                <w:sz w:val="22"/>
              </w:rPr>
              <w:t>Name</w:t>
            </w:r>
            <w:r w:rsidR="00F62872">
              <w:rPr>
                <w:b/>
                <w:color w:val="3C542C"/>
                <w:sz w:val="22"/>
              </w:rPr>
              <w:t>:</w:t>
            </w:r>
          </w:p>
        </w:tc>
        <w:tc>
          <w:tcPr>
            <w:tcW w:w="4921" w:type="dxa"/>
            <w:tcMar>
              <w:top w:w="100" w:type="dxa"/>
              <w:left w:w="120" w:type="dxa"/>
              <w:bottom w:w="100" w:type="dxa"/>
              <w:right w:w="120" w:type="dxa"/>
            </w:tcMar>
            <w:vAlign w:val="center"/>
          </w:tcPr>
          <w:p w14:paraId="24106D18" w14:textId="77777777" w:rsidR="0091285B" w:rsidRPr="0008143D" w:rsidRDefault="005F5C62">
            <w:pPr>
              <w:rPr>
                <w:sz w:val="22"/>
              </w:rPr>
            </w:pPr>
            <w:r w:rsidRPr="0008143D">
              <w:rPr>
                <w:sz w:val="22"/>
              </w:rPr>
              <w:br/>
            </w:r>
          </w:p>
        </w:tc>
      </w:tr>
      <w:tr w:rsidR="0091285B" w:rsidRPr="0008143D" w14:paraId="0D1B1F84" w14:textId="77777777" w:rsidTr="00F62872">
        <w:trPr>
          <w:jc w:val="center"/>
        </w:trPr>
        <w:tc>
          <w:tcPr>
            <w:tcW w:w="5245" w:type="dxa"/>
            <w:shd w:val="clear" w:color="auto" w:fill="EAF2E4"/>
            <w:tcMar>
              <w:top w:w="100" w:type="dxa"/>
              <w:left w:w="120" w:type="dxa"/>
              <w:bottom w:w="100" w:type="dxa"/>
              <w:right w:w="120" w:type="dxa"/>
            </w:tcMar>
            <w:vAlign w:val="center"/>
          </w:tcPr>
          <w:p w14:paraId="20335A80" w14:textId="59B9E802" w:rsidR="0091285B" w:rsidRPr="0008143D" w:rsidRDefault="005F5C62">
            <w:pPr>
              <w:rPr>
                <w:sz w:val="22"/>
              </w:rPr>
            </w:pPr>
            <w:r w:rsidRPr="0008143D">
              <w:rPr>
                <w:b/>
                <w:color w:val="3C542C"/>
                <w:sz w:val="22"/>
              </w:rPr>
              <w:t>Position / organisation</w:t>
            </w:r>
            <w:r w:rsidR="00F62872">
              <w:rPr>
                <w:b/>
                <w:color w:val="3C542C"/>
                <w:sz w:val="22"/>
              </w:rPr>
              <w:t>:</w:t>
            </w:r>
          </w:p>
        </w:tc>
        <w:tc>
          <w:tcPr>
            <w:tcW w:w="4921" w:type="dxa"/>
            <w:tcMar>
              <w:top w:w="100" w:type="dxa"/>
              <w:left w:w="120" w:type="dxa"/>
              <w:bottom w:w="100" w:type="dxa"/>
              <w:right w:w="120" w:type="dxa"/>
            </w:tcMar>
            <w:vAlign w:val="center"/>
          </w:tcPr>
          <w:p w14:paraId="6D23AFC6" w14:textId="77777777" w:rsidR="0091285B" w:rsidRPr="0008143D" w:rsidRDefault="005F5C62">
            <w:pPr>
              <w:rPr>
                <w:sz w:val="22"/>
              </w:rPr>
            </w:pPr>
            <w:r w:rsidRPr="0008143D">
              <w:rPr>
                <w:sz w:val="22"/>
              </w:rPr>
              <w:br/>
            </w:r>
          </w:p>
        </w:tc>
      </w:tr>
      <w:tr w:rsidR="0091285B" w:rsidRPr="0008143D" w14:paraId="00883B97" w14:textId="77777777" w:rsidTr="00F62872">
        <w:trPr>
          <w:jc w:val="center"/>
        </w:trPr>
        <w:tc>
          <w:tcPr>
            <w:tcW w:w="5245" w:type="dxa"/>
            <w:shd w:val="clear" w:color="auto" w:fill="EAF2E4"/>
            <w:tcMar>
              <w:top w:w="100" w:type="dxa"/>
              <w:left w:w="120" w:type="dxa"/>
              <w:bottom w:w="100" w:type="dxa"/>
              <w:right w:w="120" w:type="dxa"/>
            </w:tcMar>
            <w:vAlign w:val="center"/>
          </w:tcPr>
          <w:p w14:paraId="6494C3AC" w14:textId="4C0673CF" w:rsidR="0091285B" w:rsidRPr="0008143D" w:rsidRDefault="005F5C62">
            <w:pPr>
              <w:rPr>
                <w:sz w:val="22"/>
              </w:rPr>
            </w:pPr>
            <w:r w:rsidRPr="0008143D">
              <w:rPr>
                <w:b/>
                <w:color w:val="3C542C"/>
                <w:sz w:val="22"/>
              </w:rPr>
              <w:t>Email</w:t>
            </w:r>
            <w:r w:rsidR="00F62872">
              <w:rPr>
                <w:b/>
                <w:color w:val="3C542C"/>
                <w:sz w:val="22"/>
              </w:rPr>
              <w:t>:</w:t>
            </w:r>
          </w:p>
        </w:tc>
        <w:tc>
          <w:tcPr>
            <w:tcW w:w="4921" w:type="dxa"/>
            <w:tcMar>
              <w:top w:w="100" w:type="dxa"/>
              <w:left w:w="120" w:type="dxa"/>
              <w:bottom w:w="100" w:type="dxa"/>
              <w:right w:w="120" w:type="dxa"/>
            </w:tcMar>
            <w:vAlign w:val="center"/>
          </w:tcPr>
          <w:p w14:paraId="3A238A95" w14:textId="77777777" w:rsidR="0091285B" w:rsidRPr="0008143D" w:rsidRDefault="005F5C62">
            <w:pPr>
              <w:rPr>
                <w:sz w:val="22"/>
              </w:rPr>
            </w:pPr>
            <w:r w:rsidRPr="0008143D">
              <w:rPr>
                <w:sz w:val="22"/>
              </w:rPr>
              <w:br/>
            </w:r>
          </w:p>
        </w:tc>
      </w:tr>
      <w:tr w:rsidR="0091285B" w:rsidRPr="0008143D" w14:paraId="5FA35FC9" w14:textId="77777777" w:rsidTr="00F62872">
        <w:trPr>
          <w:jc w:val="center"/>
        </w:trPr>
        <w:tc>
          <w:tcPr>
            <w:tcW w:w="5245" w:type="dxa"/>
            <w:shd w:val="clear" w:color="auto" w:fill="EAF2E4"/>
            <w:tcMar>
              <w:top w:w="100" w:type="dxa"/>
              <w:left w:w="120" w:type="dxa"/>
              <w:bottom w:w="100" w:type="dxa"/>
              <w:right w:w="120" w:type="dxa"/>
            </w:tcMar>
            <w:vAlign w:val="center"/>
          </w:tcPr>
          <w:p w14:paraId="0562D1F2" w14:textId="2E95B94C" w:rsidR="0091285B" w:rsidRPr="0008143D" w:rsidRDefault="005F5C62">
            <w:pPr>
              <w:rPr>
                <w:sz w:val="22"/>
              </w:rPr>
            </w:pPr>
            <w:r w:rsidRPr="0008143D">
              <w:rPr>
                <w:b/>
                <w:color w:val="3C542C"/>
                <w:sz w:val="22"/>
              </w:rPr>
              <w:t>Professional body and grade</w:t>
            </w:r>
            <w:r w:rsidR="00F62872">
              <w:rPr>
                <w:b/>
                <w:color w:val="3C542C"/>
                <w:sz w:val="22"/>
              </w:rPr>
              <w:t>:</w:t>
            </w:r>
          </w:p>
        </w:tc>
        <w:tc>
          <w:tcPr>
            <w:tcW w:w="4921" w:type="dxa"/>
            <w:tcMar>
              <w:top w:w="100" w:type="dxa"/>
              <w:left w:w="120" w:type="dxa"/>
              <w:bottom w:w="100" w:type="dxa"/>
              <w:right w:w="120" w:type="dxa"/>
            </w:tcMar>
            <w:vAlign w:val="center"/>
          </w:tcPr>
          <w:p w14:paraId="3B1CEC56" w14:textId="77777777" w:rsidR="0091285B" w:rsidRPr="0008143D" w:rsidRDefault="005F5C62">
            <w:pPr>
              <w:rPr>
                <w:sz w:val="22"/>
              </w:rPr>
            </w:pPr>
            <w:r w:rsidRPr="0008143D">
              <w:rPr>
                <w:sz w:val="22"/>
              </w:rPr>
              <w:br/>
            </w:r>
          </w:p>
        </w:tc>
      </w:tr>
      <w:tr w:rsidR="0091285B" w:rsidRPr="0008143D" w14:paraId="546B80A7" w14:textId="77777777" w:rsidTr="00F62872">
        <w:trPr>
          <w:jc w:val="center"/>
        </w:trPr>
        <w:tc>
          <w:tcPr>
            <w:tcW w:w="5245" w:type="dxa"/>
            <w:shd w:val="clear" w:color="auto" w:fill="EAF2E4"/>
            <w:tcMar>
              <w:top w:w="100" w:type="dxa"/>
              <w:left w:w="120" w:type="dxa"/>
              <w:bottom w:w="100" w:type="dxa"/>
              <w:right w:w="120" w:type="dxa"/>
            </w:tcMar>
            <w:vAlign w:val="center"/>
          </w:tcPr>
          <w:p w14:paraId="199E99FB" w14:textId="40F25E11" w:rsidR="0091285B" w:rsidRPr="0008143D" w:rsidRDefault="005F5C62">
            <w:pPr>
              <w:rPr>
                <w:sz w:val="22"/>
              </w:rPr>
            </w:pPr>
            <w:r w:rsidRPr="0008143D">
              <w:rPr>
                <w:b/>
                <w:color w:val="3C542C"/>
                <w:sz w:val="22"/>
              </w:rPr>
              <w:t>Membership / registration number (if applicable)</w:t>
            </w:r>
            <w:r w:rsidR="00F62872">
              <w:rPr>
                <w:b/>
                <w:color w:val="3C542C"/>
                <w:sz w:val="22"/>
              </w:rPr>
              <w:t>:</w:t>
            </w:r>
          </w:p>
        </w:tc>
        <w:tc>
          <w:tcPr>
            <w:tcW w:w="4921" w:type="dxa"/>
            <w:tcMar>
              <w:top w:w="100" w:type="dxa"/>
              <w:left w:w="120" w:type="dxa"/>
              <w:bottom w:w="100" w:type="dxa"/>
              <w:right w:w="120" w:type="dxa"/>
            </w:tcMar>
            <w:vAlign w:val="center"/>
          </w:tcPr>
          <w:p w14:paraId="7486049A" w14:textId="77777777" w:rsidR="0091285B" w:rsidRPr="0008143D" w:rsidRDefault="005F5C62">
            <w:pPr>
              <w:rPr>
                <w:sz w:val="22"/>
              </w:rPr>
            </w:pPr>
            <w:r w:rsidRPr="0008143D">
              <w:rPr>
                <w:sz w:val="22"/>
              </w:rPr>
              <w:br/>
            </w:r>
          </w:p>
        </w:tc>
      </w:tr>
      <w:tr w:rsidR="0091285B" w:rsidRPr="0008143D" w14:paraId="226DA9F5" w14:textId="77777777" w:rsidTr="00F62872">
        <w:trPr>
          <w:jc w:val="center"/>
        </w:trPr>
        <w:tc>
          <w:tcPr>
            <w:tcW w:w="5245" w:type="dxa"/>
            <w:shd w:val="clear" w:color="auto" w:fill="EAF2E4"/>
            <w:tcMar>
              <w:top w:w="100" w:type="dxa"/>
              <w:left w:w="120" w:type="dxa"/>
              <w:bottom w:w="100" w:type="dxa"/>
              <w:right w:w="120" w:type="dxa"/>
            </w:tcMar>
            <w:vAlign w:val="center"/>
          </w:tcPr>
          <w:p w14:paraId="3B33787C" w14:textId="2D0F9AA1" w:rsidR="0091285B" w:rsidRPr="0008143D" w:rsidRDefault="0008143D">
            <w:pPr>
              <w:rPr>
                <w:sz w:val="22"/>
              </w:rPr>
            </w:pPr>
            <w:r>
              <w:rPr>
                <w:b/>
                <w:color w:val="3C542C"/>
                <w:sz w:val="22"/>
              </w:rPr>
              <w:t>Length of time and c</w:t>
            </w:r>
            <w:r w:rsidRPr="0008143D">
              <w:rPr>
                <w:b/>
                <w:color w:val="3C542C"/>
                <w:sz w:val="22"/>
              </w:rPr>
              <w:t>apacity in which you know the applicant</w:t>
            </w:r>
            <w:r w:rsidR="00F62872">
              <w:rPr>
                <w:b/>
                <w:color w:val="3C542C"/>
                <w:sz w:val="22"/>
              </w:rPr>
              <w:t>:</w:t>
            </w:r>
          </w:p>
        </w:tc>
        <w:tc>
          <w:tcPr>
            <w:tcW w:w="4921" w:type="dxa"/>
            <w:tcMar>
              <w:top w:w="100" w:type="dxa"/>
              <w:left w:w="120" w:type="dxa"/>
              <w:bottom w:w="100" w:type="dxa"/>
              <w:right w:w="120" w:type="dxa"/>
            </w:tcMar>
            <w:vAlign w:val="center"/>
          </w:tcPr>
          <w:p w14:paraId="40A20384" w14:textId="77777777" w:rsidR="0091285B" w:rsidRPr="0008143D" w:rsidRDefault="005F5C62">
            <w:pPr>
              <w:rPr>
                <w:sz w:val="22"/>
              </w:rPr>
            </w:pPr>
            <w:r w:rsidRPr="0008143D">
              <w:rPr>
                <w:sz w:val="22"/>
              </w:rPr>
              <w:br/>
            </w:r>
          </w:p>
        </w:tc>
      </w:tr>
    </w:tbl>
    <w:p w14:paraId="6BA7A90D" w14:textId="77777777" w:rsidR="0091285B" w:rsidRDefault="0091285B">
      <w:pPr>
        <w:spacing w:after="0"/>
      </w:pPr>
    </w:p>
    <w:p w14:paraId="1A0D3FE0" w14:textId="77777777" w:rsidR="0091285B" w:rsidRDefault="005F5C62">
      <w:r>
        <w:br w:type="page"/>
      </w:r>
    </w:p>
    <w:p w14:paraId="09583A70" w14:textId="77777777" w:rsidR="0091285B" w:rsidRDefault="005F5C62">
      <w:pPr>
        <w:pStyle w:val="Heading1"/>
      </w:pPr>
      <w:r>
        <w:lastRenderedPageBreak/>
        <w:t>Joint sponsor testimonial</w:t>
      </w:r>
    </w:p>
    <w:p w14:paraId="18C687CC" w14:textId="47311323" w:rsidR="0091285B" w:rsidRPr="0008143D" w:rsidRDefault="0008143D">
      <w:pPr>
        <w:rPr>
          <w:sz w:val="22"/>
        </w:rPr>
      </w:pPr>
      <w:r>
        <w:rPr>
          <w:sz w:val="22"/>
        </w:rPr>
        <w:t>S</w:t>
      </w:r>
      <w:r w:rsidR="005F5C62" w:rsidRPr="0008143D">
        <w:rPr>
          <w:sz w:val="22"/>
        </w:rPr>
        <w:t xml:space="preserve">ponsors should prepare this testimonial collaboratively. Suggested total length: 500–750 words. One joint testimonial, signed by both sponsors, is sufficient. It must be based on personal knowledge and </w:t>
      </w:r>
      <w:r w:rsidRPr="0008143D">
        <w:rPr>
          <w:sz w:val="22"/>
        </w:rPr>
        <w:t>evidence and</w:t>
      </w:r>
      <w:r w:rsidR="005F5C62" w:rsidRPr="0008143D">
        <w:rPr>
          <w:sz w:val="22"/>
        </w:rPr>
        <w:t xml:space="preserve"> should address all three headings.</w:t>
      </w:r>
    </w:p>
    <w:tbl>
      <w:tblPr>
        <w:tblStyle w:val="TableGrid"/>
        <w:tblW w:w="0" w:type="auto"/>
        <w:jc w:val="center"/>
        <w:tblLook w:val="04A0" w:firstRow="1" w:lastRow="0" w:firstColumn="1" w:lastColumn="0" w:noHBand="0" w:noVBand="1"/>
      </w:tblPr>
      <w:tblGrid>
        <w:gridCol w:w="10166"/>
      </w:tblGrid>
      <w:tr w:rsidR="0091285B" w:rsidRPr="0008143D" w14:paraId="26A40525" w14:textId="77777777">
        <w:trPr>
          <w:jc w:val="center"/>
        </w:trPr>
        <w:tc>
          <w:tcPr>
            <w:tcW w:w="10166" w:type="dxa"/>
            <w:shd w:val="clear" w:color="auto" w:fill="3C542C"/>
            <w:tcMar>
              <w:top w:w="100" w:type="dxa"/>
              <w:left w:w="120" w:type="dxa"/>
              <w:bottom w:w="100" w:type="dxa"/>
              <w:right w:w="120" w:type="dxa"/>
            </w:tcMar>
            <w:vAlign w:val="center"/>
          </w:tcPr>
          <w:p w14:paraId="13545DED" w14:textId="77777777" w:rsidR="0091285B" w:rsidRPr="0008143D" w:rsidRDefault="005F5C62">
            <w:pPr>
              <w:rPr>
                <w:sz w:val="22"/>
              </w:rPr>
            </w:pPr>
            <w:r w:rsidRPr="0008143D">
              <w:rPr>
                <w:b/>
                <w:color w:val="FFFFFF"/>
                <w:sz w:val="22"/>
              </w:rPr>
              <w:t>1. The applicant’s notable and lasting contribution</w:t>
            </w:r>
          </w:p>
        </w:tc>
      </w:tr>
      <w:tr w:rsidR="0091285B" w:rsidRPr="0008143D" w14:paraId="5479C29F" w14:textId="77777777">
        <w:trPr>
          <w:jc w:val="center"/>
        </w:trPr>
        <w:tc>
          <w:tcPr>
            <w:tcW w:w="10166" w:type="dxa"/>
            <w:tcMar>
              <w:top w:w="100" w:type="dxa"/>
              <w:left w:w="120" w:type="dxa"/>
              <w:bottom w:w="100" w:type="dxa"/>
              <w:right w:w="120" w:type="dxa"/>
            </w:tcMar>
            <w:vAlign w:val="center"/>
          </w:tcPr>
          <w:p w14:paraId="7D66312F" w14:textId="77777777" w:rsidR="0091285B" w:rsidRPr="0008143D" w:rsidRDefault="005F5C62">
            <w:pPr>
              <w:rPr>
                <w:sz w:val="22"/>
              </w:rPr>
            </w:pPr>
            <w:r w:rsidRPr="0008143D">
              <w:rPr>
                <w:sz w:val="22"/>
              </w:rPr>
              <w:t>Identify the contribution you endorse, the area(s) to which it relates, how you know about it, its influence beyond routine duties or one organisation, and why its effect is lasting.</w:t>
            </w:r>
            <w:r w:rsidRPr="0008143D">
              <w:rPr>
                <w:sz w:val="22"/>
              </w:rPr>
              <w:br/>
            </w:r>
            <w:r w:rsidRPr="0008143D">
              <w:rPr>
                <w:sz w:val="22"/>
              </w:rPr>
              <w:br/>
            </w:r>
            <w:r w:rsidRPr="0008143D">
              <w:rPr>
                <w:sz w:val="22"/>
              </w:rPr>
              <w:br/>
            </w:r>
            <w:r w:rsidRPr="0008143D">
              <w:rPr>
                <w:sz w:val="22"/>
              </w:rPr>
              <w:br/>
            </w:r>
            <w:r w:rsidRPr="0008143D">
              <w:rPr>
                <w:sz w:val="22"/>
              </w:rPr>
              <w:br/>
            </w:r>
            <w:r w:rsidRPr="0008143D">
              <w:rPr>
                <w:sz w:val="22"/>
              </w:rPr>
              <w:br/>
            </w:r>
            <w:r w:rsidRPr="0008143D">
              <w:rPr>
                <w:sz w:val="22"/>
              </w:rPr>
              <w:br/>
            </w:r>
            <w:r w:rsidRPr="0008143D">
              <w:rPr>
                <w:sz w:val="22"/>
              </w:rPr>
              <w:br/>
            </w:r>
            <w:r w:rsidRPr="0008143D">
              <w:rPr>
                <w:sz w:val="22"/>
              </w:rPr>
              <w:br/>
            </w:r>
            <w:r w:rsidRPr="0008143D">
              <w:rPr>
                <w:sz w:val="22"/>
              </w:rPr>
              <w:br/>
            </w:r>
            <w:r w:rsidRPr="0008143D">
              <w:rPr>
                <w:sz w:val="22"/>
              </w:rPr>
              <w:br/>
            </w:r>
            <w:r w:rsidRPr="0008143D">
              <w:rPr>
                <w:sz w:val="22"/>
              </w:rPr>
              <w:br/>
            </w:r>
          </w:p>
        </w:tc>
      </w:tr>
    </w:tbl>
    <w:p w14:paraId="5E2C32FD" w14:textId="77777777" w:rsidR="0091285B" w:rsidRPr="0008143D" w:rsidRDefault="0091285B">
      <w:pPr>
        <w:spacing w:after="0"/>
        <w:rPr>
          <w:sz w:val="22"/>
        </w:rPr>
      </w:pPr>
    </w:p>
    <w:tbl>
      <w:tblPr>
        <w:tblStyle w:val="TableGrid"/>
        <w:tblW w:w="0" w:type="auto"/>
        <w:jc w:val="center"/>
        <w:tblLook w:val="04A0" w:firstRow="1" w:lastRow="0" w:firstColumn="1" w:lastColumn="0" w:noHBand="0" w:noVBand="1"/>
      </w:tblPr>
      <w:tblGrid>
        <w:gridCol w:w="10166"/>
      </w:tblGrid>
      <w:tr w:rsidR="0091285B" w:rsidRPr="0008143D" w14:paraId="6771362B" w14:textId="77777777">
        <w:trPr>
          <w:jc w:val="center"/>
        </w:trPr>
        <w:tc>
          <w:tcPr>
            <w:tcW w:w="10166" w:type="dxa"/>
            <w:shd w:val="clear" w:color="auto" w:fill="3C542C"/>
            <w:tcMar>
              <w:top w:w="100" w:type="dxa"/>
              <w:left w:w="120" w:type="dxa"/>
              <w:bottom w:w="100" w:type="dxa"/>
              <w:right w:w="120" w:type="dxa"/>
            </w:tcMar>
            <w:vAlign w:val="center"/>
          </w:tcPr>
          <w:p w14:paraId="60ACFCF5" w14:textId="77777777" w:rsidR="0091285B" w:rsidRPr="0008143D" w:rsidRDefault="005F5C62">
            <w:pPr>
              <w:rPr>
                <w:sz w:val="22"/>
              </w:rPr>
            </w:pPr>
            <w:r w:rsidRPr="0008143D">
              <w:rPr>
                <w:b/>
                <w:color w:val="FFFFFF"/>
                <w:sz w:val="22"/>
              </w:rPr>
              <w:t>2. The applicant’s professional respect and integrity</w:t>
            </w:r>
          </w:p>
        </w:tc>
      </w:tr>
      <w:tr w:rsidR="0091285B" w:rsidRPr="0008143D" w14:paraId="660F7982" w14:textId="77777777">
        <w:trPr>
          <w:jc w:val="center"/>
        </w:trPr>
        <w:tc>
          <w:tcPr>
            <w:tcW w:w="10166" w:type="dxa"/>
            <w:tcMar>
              <w:top w:w="100" w:type="dxa"/>
              <w:left w:w="120" w:type="dxa"/>
              <w:bottom w:w="100" w:type="dxa"/>
              <w:right w:w="120" w:type="dxa"/>
            </w:tcMar>
            <w:vAlign w:val="center"/>
          </w:tcPr>
          <w:p w14:paraId="7D37F06D" w14:textId="77777777" w:rsidR="0091285B" w:rsidRPr="0008143D" w:rsidRDefault="005F5C62">
            <w:pPr>
              <w:rPr>
                <w:sz w:val="22"/>
              </w:rPr>
            </w:pPr>
            <w:r w:rsidRPr="0008143D">
              <w:rPr>
                <w:sz w:val="22"/>
              </w:rPr>
              <w:t>Give specific, relevant evidence of the applicant’s standing, judgement, trustworthiness and conduct. Explain the basis of your view.</w:t>
            </w:r>
            <w:r w:rsidRPr="0008143D">
              <w:rPr>
                <w:sz w:val="22"/>
              </w:rPr>
              <w:br/>
            </w:r>
            <w:r w:rsidRPr="0008143D">
              <w:rPr>
                <w:sz w:val="22"/>
              </w:rPr>
              <w:br/>
            </w:r>
            <w:r w:rsidRPr="0008143D">
              <w:rPr>
                <w:sz w:val="22"/>
              </w:rPr>
              <w:br/>
            </w:r>
            <w:r w:rsidRPr="0008143D">
              <w:rPr>
                <w:sz w:val="22"/>
              </w:rPr>
              <w:br/>
            </w:r>
            <w:r w:rsidRPr="0008143D">
              <w:rPr>
                <w:sz w:val="22"/>
              </w:rPr>
              <w:br/>
            </w:r>
            <w:r w:rsidRPr="0008143D">
              <w:rPr>
                <w:sz w:val="22"/>
              </w:rPr>
              <w:br/>
            </w:r>
            <w:r w:rsidRPr="0008143D">
              <w:rPr>
                <w:sz w:val="22"/>
              </w:rPr>
              <w:br/>
            </w:r>
            <w:r w:rsidRPr="0008143D">
              <w:rPr>
                <w:sz w:val="22"/>
              </w:rPr>
              <w:br/>
            </w:r>
            <w:r w:rsidRPr="0008143D">
              <w:rPr>
                <w:sz w:val="22"/>
              </w:rPr>
              <w:br/>
            </w:r>
            <w:r w:rsidRPr="0008143D">
              <w:rPr>
                <w:sz w:val="22"/>
              </w:rPr>
              <w:br/>
            </w:r>
          </w:p>
        </w:tc>
      </w:tr>
    </w:tbl>
    <w:p w14:paraId="7AB5706D" w14:textId="77777777" w:rsidR="0091285B" w:rsidRPr="0008143D" w:rsidRDefault="0091285B">
      <w:pPr>
        <w:spacing w:after="0"/>
        <w:rPr>
          <w:sz w:val="22"/>
        </w:rPr>
      </w:pPr>
    </w:p>
    <w:tbl>
      <w:tblPr>
        <w:tblStyle w:val="TableGrid"/>
        <w:tblW w:w="0" w:type="auto"/>
        <w:jc w:val="center"/>
        <w:tblLook w:val="04A0" w:firstRow="1" w:lastRow="0" w:firstColumn="1" w:lastColumn="0" w:noHBand="0" w:noVBand="1"/>
      </w:tblPr>
      <w:tblGrid>
        <w:gridCol w:w="10166"/>
      </w:tblGrid>
      <w:tr w:rsidR="0091285B" w:rsidRPr="0008143D" w14:paraId="2A5D0964" w14:textId="77777777">
        <w:trPr>
          <w:jc w:val="center"/>
        </w:trPr>
        <w:tc>
          <w:tcPr>
            <w:tcW w:w="10166" w:type="dxa"/>
            <w:shd w:val="clear" w:color="auto" w:fill="3C542C"/>
            <w:tcMar>
              <w:top w:w="100" w:type="dxa"/>
              <w:left w:w="120" w:type="dxa"/>
              <w:bottom w:w="100" w:type="dxa"/>
              <w:right w:w="120" w:type="dxa"/>
            </w:tcMar>
            <w:vAlign w:val="center"/>
          </w:tcPr>
          <w:p w14:paraId="1DA6FDA3" w14:textId="77777777" w:rsidR="0091285B" w:rsidRPr="0008143D" w:rsidRDefault="005F5C62">
            <w:pPr>
              <w:rPr>
                <w:sz w:val="22"/>
              </w:rPr>
            </w:pPr>
            <w:r w:rsidRPr="0008143D">
              <w:rPr>
                <w:b/>
                <w:color w:val="FFFFFF"/>
                <w:sz w:val="22"/>
              </w:rPr>
              <w:t>3. Overall endorsement and readiness for Fellowship</w:t>
            </w:r>
          </w:p>
        </w:tc>
      </w:tr>
      <w:tr w:rsidR="0091285B" w:rsidRPr="0008143D" w14:paraId="3FFE2E49" w14:textId="77777777">
        <w:trPr>
          <w:jc w:val="center"/>
        </w:trPr>
        <w:tc>
          <w:tcPr>
            <w:tcW w:w="10166" w:type="dxa"/>
            <w:tcMar>
              <w:top w:w="100" w:type="dxa"/>
              <w:left w:w="120" w:type="dxa"/>
              <w:bottom w:w="100" w:type="dxa"/>
              <w:right w:w="120" w:type="dxa"/>
            </w:tcMar>
            <w:vAlign w:val="center"/>
          </w:tcPr>
          <w:p w14:paraId="4E3E1D7D" w14:textId="77777777" w:rsidR="0091285B" w:rsidRPr="0008143D" w:rsidRDefault="005F5C62">
            <w:pPr>
              <w:rPr>
                <w:sz w:val="22"/>
              </w:rPr>
            </w:pPr>
            <w:r w:rsidRPr="0008143D">
              <w:rPr>
                <w:sz w:val="22"/>
              </w:rPr>
              <w:t>Explain why the evidence, taken together, justifies election to CIEEM’s highest membership grade. Do not treat ambassadorial activity as a separate entry criterion.</w:t>
            </w:r>
            <w:r w:rsidRPr="0008143D">
              <w:rPr>
                <w:sz w:val="22"/>
              </w:rPr>
              <w:br/>
            </w:r>
            <w:r w:rsidRPr="0008143D">
              <w:rPr>
                <w:sz w:val="22"/>
              </w:rPr>
              <w:br/>
            </w:r>
            <w:r w:rsidRPr="0008143D">
              <w:rPr>
                <w:sz w:val="22"/>
              </w:rPr>
              <w:br/>
            </w:r>
            <w:r w:rsidRPr="0008143D">
              <w:rPr>
                <w:sz w:val="22"/>
              </w:rPr>
              <w:br/>
            </w:r>
            <w:r w:rsidRPr="0008143D">
              <w:rPr>
                <w:sz w:val="22"/>
              </w:rPr>
              <w:lastRenderedPageBreak/>
              <w:br/>
            </w:r>
            <w:r w:rsidRPr="0008143D">
              <w:rPr>
                <w:sz w:val="22"/>
              </w:rPr>
              <w:br/>
            </w:r>
            <w:r w:rsidRPr="0008143D">
              <w:rPr>
                <w:sz w:val="22"/>
              </w:rPr>
              <w:br/>
            </w:r>
            <w:r w:rsidRPr="0008143D">
              <w:rPr>
                <w:sz w:val="22"/>
              </w:rPr>
              <w:br/>
            </w:r>
            <w:r w:rsidRPr="0008143D">
              <w:rPr>
                <w:sz w:val="22"/>
              </w:rPr>
              <w:br/>
            </w:r>
          </w:p>
        </w:tc>
      </w:tr>
    </w:tbl>
    <w:p w14:paraId="15427340" w14:textId="77777777" w:rsidR="0091285B" w:rsidRDefault="0091285B">
      <w:pPr>
        <w:spacing w:after="0"/>
      </w:pPr>
    </w:p>
    <w:p w14:paraId="314C11BA" w14:textId="77777777" w:rsidR="0091285B" w:rsidRDefault="005F5C62">
      <w:pPr>
        <w:pStyle w:val="Heading2"/>
      </w:pPr>
      <w:r>
        <w:t>Sponsor declarations</w:t>
      </w:r>
    </w:p>
    <w:p w14:paraId="4E50DE3E" w14:textId="53B6D07E" w:rsidR="0091285B" w:rsidRPr="0008143D" w:rsidRDefault="00E65AD2">
      <w:pPr>
        <w:ind w:left="216"/>
        <w:rPr>
          <w:sz w:val="22"/>
        </w:rPr>
      </w:pPr>
      <w:sdt>
        <w:sdtPr>
          <w:rPr>
            <w:sz w:val="22"/>
          </w:rPr>
          <w:id w:val="769746628"/>
          <w14:checkbox>
            <w14:checked w14:val="0"/>
            <w14:checkedState w14:val="00FC" w14:font="Wingdings"/>
            <w14:uncheckedState w14:val="2610" w14:font="MS Gothic"/>
          </w14:checkbox>
        </w:sdtPr>
        <w:sdtEndPr/>
        <w:sdtContent>
          <w:r w:rsidR="00E03981">
            <w:rPr>
              <w:rFonts w:ascii="MS Gothic" w:eastAsia="MS Gothic" w:hAnsi="MS Gothic" w:hint="eastAsia"/>
              <w:sz w:val="22"/>
            </w:rPr>
            <w:t>☐</w:t>
          </w:r>
        </w:sdtContent>
      </w:sdt>
      <w:r w:rsidR="0008143D" w:rsidRPr="0008143D">
        <w:rPr>
          <w:sz w:val="22"/>
        </w:rPr>
        <w:t xml:space="preserve"> </w:t>
      </w:r>
      <w:r w:rsidR="005F5C62" w:rsidRPr="0008143D">
        <w:rPr>
          <w:sz w:val="22"/>
        </w:rPr>
        <w:t>We have read the complete application, CV and supporting evidence.</w:t>
      </w:r>
    </w:p>
    <w:p w14:paraId="0F6AC9EB" w14:textId="18F1F03E" w:rsidR="0091285B" w:rsidRPr="0008143D" w:rsidRDefault="00E65AD2">
      <w:pPr>
        <w:ind w:left="216"/>
        <w:rPr>
          <w:sz w:val="22"/>
        </w:rPr>
      </w:pPr>
      <w:sdt>
        <w:sdtPr>
          <w:rPr>
            <w:sz w:val="22"/>
          </w:rPr>
          <w:id w:val="-927662388"/>
          <w14:checkbox>
            <w14:checked w14:val="0"/>
            <w14:checkedState w14:val="00FC" w14:font="Wingdings"/>
            <w14:uncheckedState w14:val="2610" w14:font="MS Gothic"/>
          </w14:checkbox>
        </w:sdtPr>
        <w:sdtEndPr/>
        <w:sdtContent>
          <w:r w:rsidR="0008143D">
            <w:rPr>
              <w:rFonts w:ascii="MS Gothic" w:eastAsia="MS Gothic" w:hAnsi="MS Gothic" w:hint="eastAsia"/>
              <w:sz w:val="22"/>
            </w:rPr>
            <w:t>☐</w:t>
          </w:r>
        </w:sdtContent>
      </w:sdt>
      <w:r w:rsidR="0008143D" w:rsidRPr="0008143D">
        <w:rPr>
          <w:sz w:val="22"/>
        </w:rPr>
        <w:t xml:space="preserve"> </w:t>
      </w:r>
      <w:r w:rsidR="005F5C62" w:rsidRPr="0008143D">
        <w:rPr>
          <w:sz w:val="22"/>
        </w:rPr>
        <w:t>To the best of our knowledge, the information in the application and testimonial is accurate and fairly represents the applicant’s career and achievements.</w:t>
      </w:r>
    </w:p>
    <w:p w14:paraId="0ED0E43C" w14:textId="685BFA48" w:rsidR="0091285B" w:rsidRPr="0008143D" w:rsidRDefault="00E65AD2">
      <w:pPr>
        <w:ind w:left="216"/>
        <w:rPr>
          <w:sz w:val="22"/>
        </w:rPr>
      </w:pPr>
      <w:sdt>
        <w:sdtPr>
          <w:rPr>
            <w:sz w:val="22"/>
          </w:rPr>
          <w:id w:val="691337467"/>
          <w14:checkbox>
            <w14:checked w14:val="0"/>
            <w14:checkedState w14:val="00FC" w14:font="Wingdings"/>
            <w14:uncheckedState w14:val="2610" w14:font="MS Gothic"/>
          </w14:checkbox>
        </w:sdtPr>
        <w:sdtEndPr/>
        <w:sdtContent>
          <w:r w:rsidR="0008143D">
            <w:rPr>
              <w:rFonts w:ascii="MS Gothic" w:eastAsia="MS Gothic" w:hAnsi="MS Gothic" w:hint="eastAsia"/>
              <w:sz w:val="22"/>
            </w:rPr>
            <w:t>☐</w:t>
          </w:r>
        </w:sdtContent>
      </w:sdt>
      <w:r w:rsidR="0008143D" w:rsidRPr="0008143D">
        <w:rPr>
          <w:sz w:val="22"/>
        </w:rPr>
        <w:t xml:space="preserve"> </w:t>
      </w:r>
      <w:r w:rsidR="005F5C62" w:rsidRPr="0008143D">
        <w:rPr>
          <w:sz w:val="22"/>
        </w:rPr>
        <w:t>We consider the applicant to be a person of high professional integrity.</w:t>
      </w:r>
    </w:p>
    <w:p w14:paraId="7ED09D8C" w14:textId="078CD503" w:rsidR="0091285B" w:rsidRPr="0008143D" w:rsidRDefault="00E65AD2">
      <w:pPr>
        <w:ind w:left="216"/>
        <w:rPr>
          <w:sz w:val="22"/>
        </w:rPr>
      </w:pPr>
      <w:sdt>
        <w:sdtPr>
          <w:rPr>
            <w:sz w:val="22"/>
          </w:rPr>
          <w:id w:val="1463462107"/>
          <w14:checkbox>
            <w14:checked w14:val="0"/>
            <w14:checkedState w14:val="00FC" w14:font="Wingdings"/>
            <w14:uncheckedState w14:val="2610" w14:font="MS Gothic"/>
          </w14:checkbox>
        </w:sdtPr>
        <w:sdtEndPr/>
        <w:sdtContent>
          <w:r w:rsidR="0008143D">
            <w:rPr>
              <w:rFonts w:ascii="MS Gothic" w:eastAsia="MS Gothic" w:hAnsi="MS Gothic" w:hint="eastAsia"/>
              <w:sz w:val="22"/>
            </w:rPr>
            <w:t>☐</w:t>
          </w:r>
        </w:sdtContent>
      </w:sdt>
      <w:r w:rsidR="0008143D" w:rsidRPr="0008143D">
        <w:rPr>
          <w:sz w:val="22"/>
        </w:rPr>
        <w:t xml:space="preserve"> </w:t>
      </w:r>
      <w:r w:rsidR="005F5C62" w:rsidRPr="0008143D">
        <w:rPr>
          <w:sz w:val="22"/>
        </w:rPr>
        <w:t>We consider that the applicant has demonstrated a notable and lasting contribution to ecology and environmental management.</w:t>
      </w:r>
    </w:p>
    <w:p w14:paraId="2438F634" w14:textId="5538D013" w:rsidR="0091285B" w:rsidRPr="0008143D" w:rsidRDefault="00E65AD2">
      <w:pPr>
        <w:ind w:left="216"/>
        <w:rPr>
          <w:sz w:val="22"/>
        </w:rPr>
      </w:pPr>
      <w:sdt>
        <w:sdtPr>
          <w:rPr>
            <w:sz w:val="22"/>
          </w:rPr>
          <w:id w:val="-2119669767"/>
          <w14:checkbox>
            <w14:checked w14:val="0"/>
            <w14:checkedState w14:val="00FC" w14:font="Wingdings"/>
            <w14:uncheckedState w14:val="2610" w14:font="MS Gothic"/>
          </w14:checkbox>
        </w:sdtPr>
        <w:sdtEndPr/>
        <w:sdtContent>
          <w:r w:rsidR="0008143D">
            <w:rPr>
              <w:rFonts w:ascii="MS Gothic" w:eastAsia="MS Gothic" w:hAnsi="MS Gothic" w:hint="eastAsia"/>
              <w:sz w:val="22"/>
            </w:rPr>
            <w:t>☐</w:t>
          </w:r>
        </w:sdtContent>
      </w:sdt>
      <w:r w:rsidR="0008143D" w:rsidRPr="0008143D">
        <w:rPr>
          <w:sz w:val="22"/>
        </w:rPr>
        <w:t xml:space="preserve"> </w:t>
      </w:r>
      <w:r w:rsidR="005F5C62" w:rsidRPr="0008143D">
        <w:rPr>
          <w:sz w:val="22"/>
        </w:rPr>
        <w:t>We understand that CIEEM may contact either of us to clarify or verify information.</w:t>
      </w:r>
    </w:p>
    <w:p w14:paraId="3849E38F" w14:textId="543B1B0D" w:rsidR="0091285B" w:rsidRDefault="00E65AD2">
      <w:pPr>
        <w:ind w:left="216"/>
        <w:rPr>
          <w:sz w:val="22"/>
        </w:rPr>
      </w:pPr>
      <w:sdt>
        <w:sdtPr>
          <w:rPr>
            <w:sz w:val="22"/>
          </w:rPr>
          <w:id w:val="-14311388"/>
          <w14:checkbox>
            <w14:checked w14:val="0"/>
            <w14:checkedState w14:val="00FC" w14:font="Wingdings"/>
            <w14:uncheckedState w14:val="2610" w14:font="MS Gothic"/>
          </w14:checkbox>
        </w:sdtPr>
        <w:sdtEndPr/>
        <w:sdtContent>
          <w:r w:rsidR="0008143D">
            <w:rPr>
              <w:rFonts w:ascii="MS Gothic" w:eastAsia="MS Gothic" w:hAnsi="MS Gothic" w:hint="eastAsia"/>
              <w:sz w:val="22"/>
            </w:rPr>
            <w:t>☐</w:t>
          </w:r>
        </w:sdtContent>
      </w:sdt>
      <w:r w:rsidR="0008143D" w:rsidRPr="0008143D">
        <w:rPr>
          <w:sz w:val="22"/>
        </w:rPr>
        <w:t xml:space="preserve"> </w:t>
      </w:r>
      <w:r w:rsidR="005F5C62" w:rsidRPr="0008143D">
        <w:rPr>
          <w:sz w:val="22"/>
        </w:rPr>
        <w:t>We have declared any actual or potential conflict of interest relevant to this sponsorship.</w:t>
      </w:r>
    </w:p>
    <w:p w14:paraId="3343540F" w14:textId="77777777" w:rsidR="0008143D" w:rsidRPr="0008143D" w:rsidRDefault="0008143D">
      <w:pPr>
        <w:ind w:left="216"/>
        <w:rPr>
          <w:sz w:val="22"/>
        </w:rPr>
      </w:pPr>
    </w:p>
    <w:tbl>
      <w:tblPr>
        <w:tblStyle w:val="TableGrid"/>
        <w:tblW w:w="0" w:type="auto"/>
        <w:jc w:val="center"/>
        <w:tblLook w:val="04A0" w:firstRow="1" w:lastRow="0" w:firstColumn="1" w:lastColumn="0" w:noHBand="0" w:noVBand="1"/>
      </w:tblPr>
      <w:tblGrid>
        <w:gridCol w:w="3402"/>
        <w:gridCol w:w="6764"/>
      </w:tblGrid>
      <w:tr w:rsidR="0091285B" w:rsidRPr="0008143D" w14:paraId="69E00CE6" w14:textId="77777777" w:rsidTr="0008143D">
        <w:trPr>
          <w:jc w:val="center"/>
        </w:trPr>
        <w:tc>
          <w:tcPr>
            <w:tcW w:w="3402" w:type="dxa"/>
            <w:shd w:val="clear" w:color="auto" w:fill="EAF2E4"/>
            <w:tcMar>
              <w:top w:w="100" w:type="dxa"/>
              <w:left w:w="120" w:type="dxa"/>
              <w:bottom w:w="100" w:type="dxa"/>
              <w:right w:w="120" w:type="dxa"/>
            </w:tcMar>
            <w:vAlign w:val="center"/>
          </w:tcPr>
          <w:p w14:paraId="05ABC769" w14:textId="4AABCDE8" w:rsidR="0091285B" w:rsidRPr="0008143D" w:rsidRDefault="005F5C62">
            <w:pPr>
              <w:rPr>
                <w:sz w:val="22"/>
              </w:rPr>
            </w:pPr>
            <w:r w:rsidRPr="0008143D">
              <w:rPr>
                <w:b/>
                <w:color w:val="3C542C"/>
                <w:sz w:val="22"/>
              </w:rPr>
              <w:t>Lead sponsor name</w:t>
            </w:r>
            <w:r w:rsidR="00F62872">
              <w:rPr>
                <w:b/>
                <w:color w:val="3C542C"/>
                <w:sz w:val="22"/>
              </w:rPr>
              <w:t>:</w:t>
            </w:r>
          </w:p>
        </w:tc>
        <w:tc>
          <w:tcPr>
            <w:tcW w:w="6764" w:type="dxa"/>
            <w:tcMar>
              <w:top w:w="100" w:type="dxa"/>
              <w:left w:w="120" w:type="dxa"/>
              <w:bottom w:w="100" w:type="dxa"/>
              <w:right w:w="120" w:type="dxa"/>
            </w:tcMar>
            <w:vAlign w:val="center"/>
          </w:tcPr>
          <w:p w14:paraId="2A0DAE2F" w14:textId="77777777" w:rsidR="0091285B" w:rsidRPr="0008143D" w:rsidRDefault="005F5C62">
            <w:pPr>
              <w:rPr>
                <w:sz w:val="22"/>
              </w:rPr>
            </w:pPr>
            <w:r w:rsidRPr="0008143D">
              <w:rPr>
                <w:sz w:val="22"/>
              </w:rPr>
              <w:br/>
            </w:r>
          </w:p>
        </w:tc>
      </w:tr>
      <w:tr w:rsidR="0091285B" w:rsidRPr="0008143D" w14:paraId="3AB3FC41" w14:textId="77777777" w:rsidTr="0008143D">
        <w:trPr>
          <w:jc w:val="center"/>
        </w:trPr>
        <w:tc>
          <w:tcPr>
            <w:tcW w:w="3402" w:type="dxa"/>
            <w:shd w:val="clear" w:color="auto" w:fill="EAF2E4"/>
            <w:tcMar>
              <w:top w:w="100" w:type="dxa"/>
              <w:left w:w="120" w:type="dxa"/>
              <w:bottom w:w="100" w:type="dxa"/>
              <w:right w:w="120" w:type="dxa"/>
            </w:tcMar>
            <w:vAlign w:val="center"/>
          </w:tcPr>
          <w:p w14:paraId="535BCCDD" w14:textId="3C0718B2" w:rsidR="0091285B" w:rsidRPr="0008143D" w:rsidRDefault="005F5C62">
            <w:pPr>
              <w:rPr>
                <w:sz w:val="22"/>
              </w:rPr>
            </w:pPr>
            <w:r w:rsidRPr="0008143D">
              <w:rPr>
                <w:b/>
                <w:color w:val="3C542C"/>
                <w:sz w:val="22"/>
              </w:rPr>
              <w:t>Signature</w:t>
            </w:r>
            <w:r w:rsidR="00F62872">
              <w:rPr>
                <w:b/>
                <w:color w:val="3C542C"/>
                <w:sz w:val="22"/>
              </w:rPr>
              <w:t>:</w:t>
            </w:r>
          </w:p>
        </w:tc>
        <w:tc>
          <w:tcPr>
            <w:tcW w:w="6764" w:type="dxa"/>
            <w:tcMar>
              <w:top w:w="100" w:type="dxa"/>
              <w:left w:w="120" w:type="dxa"/>
              <w:bottom w:w="100" w:type="dxa"/>
              <w:right w:w="120" w:type="dxa"/>
            </w:tcMar>
            <w:vAlign w:val="center"/>
          </w:tcPr>
          <w:p w14:paraId="03CF170D" w14:textId="77777777" w:rsidR="0091285B" w:rsidRPr="0008143D" w:rsidRDefault="005F5C62">
            <w:pPr>
              <w:rPr>
                <w:sz w:val="22"/>
              </w:rPr>
            </w:pPr>
            <w:r w:rsidRPr="0008143D">
              <w:rPr>
                <w:sz w:val="22"/>
              </w:rPr>
              <w:br/>
            </w:r>
          </w:p>
        </w:tc>
      </w:tr>
      <w:tr w:rsidR="0091285B" w:rsidRPr="0008143D" w14:paraId="23FD6C37" w14:textId="77777777" w:rsidTr="0008143D">
        <w:trPr>
          <w:jc w:val="center"/>
        </w:trPr>
        <w:tc>
          <w:tcPr>
            <w:tcW w:w="3402" w:type="dxa"/>
            <w:shd w:val="clear" w:color="auto" w:fill="EAF2E4"/>
            <w:tcMar>
              <w:top w:w="100" w:type="dxa"/>
              <w:left w:w="120" w:type="dxa"/>
              <w:bottom w:w="100" w:type="dxa"/>
              <w:right w:w="120" w:type="dxa"/>
            </w:tcMar>
            <w:vAlign w:val="center"/>
          </w:tcPr>
          <w:p w14:paraId="25E11BBD" w14:textId="54307B9D" w:rsidR="0091285B" w:rsidRPr="0008143D" w:rsidRDefault="005F5C62">
            <w:pPr>
              <w:rPr>
                <w:sz w:val="22"/>
              </w:rPr>
            </w:pPr>
            <w:r w:rsidRPr="0008143D">
              <w:rPr>
                <w:b/>
                <w:color w:val="3C542C"/>
                <w:sz w:val="22"/>
              </w:rPr>
              <w:t>Date</w:t>
            </w:r>
            <w:r w:rsidR="00F62872">
              <w:rPr>
                <w:b/>
                <w:color w:val="3C542C"/>
                <w:sz w:val="22"/>
              </w:rPr>
              <w:t>:</w:t>
            </w:r>
          </w:p>
        </w:tc>
        <w:tc>
          <w:tcPr>
            <w:tcW w:w="6764" w:type="dxa"/>
            <w:tcMar>
              <w:top w:w="100" w:type="dxa"/>
              <w:left w:w="120" w:type="dxa"/>
              <w:bottom w:w="100" w:type="dxa"/>
              <w:right w:w="120" w:type="dxa"/>
            </w:tcMar>
            <w:vAlign w:val="center"/>
          </w:tcPr>
          <w:p w14:paraId="47F1D822" w14:textId="77777777" w:rsidR="0091285B" w:rsidRPr="0008143D" w:rsidRDefault="005F5C62">
            <w:pPr>
              <w:rPr>
                <w:sz w:val="22"/>
              </w:rPr>
            </w:pPr>
            <w:r w:rsidRPr="0008143D">
              <w:rPr>
                <w:sz w:val="22"/>
              </w:rPr>
              <w:br/>
            </w:r>
          </w:p>
        </w:tc>
      </w:tr>
      <w:tr w:rsidR="0091285B" w:rsidRPr="0008143D" w14:paraId="30860C08" w14:textId="77777777" w:rsidTr="0008143D">
        <w:trPr>
          <w:jc w:val="center"/>
        </w:trPr>
        <w:tc>
          <w:tcPr>
            <w:tcW w:w="3402" w:type="dxa"/>
            <w:shd w:val="clear" w:color="auto" w:fill="EAF2E4"/>
            <w:tcMar>
              <w:top w:w="100" w:type="dxa"/>
              <w:left w:w="120" w:type="dxa"/>
              <w:bottom w:w="100" w:type="dxa"/>
              <w:right w:w="120" w:type="dxa"/>
            </w:tcMar>
            <w:vAlign w:val="center"/>
          </w:tcPr>
          <w:p w14:paraId="4C2D47FB" w14:textId="6303127F" w:rsidR="0091285B" w:rsidRPr="0008143D" w:rsidRDefault="005F5C62">
            <w:pPr>
              <w:rPr>
                <w:sz w:val="22"/>
              </w:rPr>
            </w:pPr>
            <w:r w:rsidRPr="0008143D">
              <w:rPr>
                <w:b/>
                <w:color w:val="3C542C"/>
                <w:sz w:val="22"/>
              </w:rPr>
              <w:t>Second sponsor name</w:t>
            </w:r>
            <w:r w:rsidR="00F62872">
              <w:rPr>
                <w:b/>
                <w:color w:val="3C542C"/>
                <w:sz w:val="22"/>
              </w:rPr>
              <w:t>:</w:t>
            </w:r>
          </w:p>
        </w:tc>
        <w:tc>
          <w:tcPr>
            <w:tcW w:w="6764" w:type="dxa"/>
            <w:tcMar>
              <w:top w:w="100" w:type="dxa"/>
              <w:left w:w="120" w:type="dxa"/>
              <w:bottom w:w="100" w:type="dxa"/>
              <w:right w:w="120" w:type="dxa"/>
            </w:tcMar>
            <w:vAlign w:val="center"/>
          </w:tcPr>
          <w:p w14:paraId="002F4566" w14:textId="77777777" w:rsidR="0091285B" w:rsidRPr="0008143D" w:rsidRDefault="005F5C62">
            <w:pPr>
              <w:rPr>
                <w:sz w:val="22"/>
              </w:rPr>
            </w:pPr>
            <w:r w:rsidRPr="0008143D">
              <w:rPr>
                <w:sz w:val="22"/>
              </w:rPr>
              <w:br/>
            </w:r>
          </w:p>
        </w:tc>
      </w:tr>
      <w:tr w:rsidR="0091285B" w:rsidRPr="0008143D" w14:paraId="4AA7625F" w14:textId="77777777" w:rsidTr="0008143D">
        <w:trPr>
          <w:jc w:val="center"/>
        </w:trPr>
        <w:tc>
          <w:tcPr>
            <w:tcW w:w="3402" w:type="dxa"/>
            <w:shd w:val="clear" w:color="auto" w:fill="EAF2E4"/>
            <w:tcMar>
              <w:top w:w="100" w:type="dxa"/>
              <w:left w:w="120" w:type="dxa"/>
              <w:bottom w:w="100" w:type="dxa"/>
              <w:right w:w="120" w:type="dxa"/>
            </w:tcMar>
            <w:vAlign w:val="center"/>
          </w:tcPr>
          <w:p w14:paraId="21886EAB" w14:textId="07E97186" w:rsidR="0091285B" w:rsidRPr="0008143D" w:rsidRDefault="005F5C62">
            <w:pPr>
              <w:rPr>
                <w:sz w:val="22"/>
              </w:rPr>
            </w:pPr>
            <w:r w:rsidRPr="0008143D">
              <w:rPr>
                <w:b/>
                <w:color w:val="3C542C"/>
                <w:sz w:val="22"/>
              </w:rPr>
              <w:t>Signature</w:t>
            </w:r>
            <w:r w:rsidR="00F62872">
              <w:rPr>
                <w:b/>
                <w:color w:val="3C542C"/>
                <w:sz w:val="22"/>
              </w:rPr>
              <w:t>:</w:t>
            </w:r>
          </w:p>
        </w:tc>
        <w:tc>
          <w:tcPr>
            <w:tcW w:w="6764" w:type="dxa"/>
            <w:tcMar>
              <w:top w:w="100" w:type="dxa"/>
              <w:left w:w="120" w:type="dxa"/>
              <w:bottom w:w="100" w:type="dxa"/>
              <w:right w:w="120" w:type="dxa"/>
            </w:tcMar>
            <w:vAlign w:val="center"/>
          </w:tcPr>
          <w:p w14:paraId="0A0A5D3B" w14:textId="77777777" w:rsidR="0091285B" w:rsidRPr="0008143D" w:rsidRDefault="005F5C62">
            <w:pPr>
              <w:rPr>
                <w:sz w:val="22"/>
              </w:rPr>
            </w:pPr>
            <w:r w:rsidRPr="0008143D">
              <w:rPr>
                <w:sz w:val="22"/>
              </w:rPr>
              <w:br/>
            </w:r>
          </w:p>
        </w:tc>
      </w:tr>
      <w:tr w:rsidR="0091285B" w:rsidRPr="0008143D" w14:paraId="16935E4A" w14:textId="77777777" w:rsidTr="0008143D">
        <w:trPr>
          <w:jc w:val="center"/>
        </w:trPr>
        <w:tc>
          <w:tcPr>
            <w:tcW w:w="3402" w:type="dxa"/>
            <w:shd w:val="clear" w:color="auto" w:fill="EAF2E4"/>
            <w:tcMar>
              <w:top w:w="100" w:type="dxa"/>
              <w:left w:w="120" w:type="dxa"/>
              <w:bottom w:w="100" w:type="dxa"/>
              <w:right w:w="120" w:type="dxa"/>
            </w:tcMar>
            <w:vAlign w:val="center"/>
          </w:tcPr>
          <w:p w14:paraId="1275AA5C" w14:textId="21B4DDED" w:rsidR="0091285B" w:rsidRPr="0008143D" w:rsidRDefault="005F5C62">
            <w:pPr>
              <w:rPr>
                <w:sz w:val="22"/>
              </w:rPr>
            </w:pPr>
            <w:r w:rsidRPr="0008143D">
              <w:rPr>
                <w:b/>
                <w:color w:val="3C542C"/>
                <w:sz w:val="22"/>
              </w:rPr>
              <w:t>Date</w:t>
            </w:r>
            <w:r w:rsidR="00F62872">
              <w:rPr>
                <w:b/>
                <w:color w:val="3C542C"/>
                <w:sz w:val="22"/>
              </w:rPr>
              <w:t>:</w:t>
            </w:r>
          </w:p>
        </w:tc>
        <w:tc>
          <w:tcPr>
            <w:tcW w:w="6764" w:type="dxa"/>
            <w:tcMar>
              <w:top w:w="100" w:type="dxa"/>
              <w:left w:w="120" w:type="dxa"/>
              <w:bottom w:w="100" w:type="dxa"/>
              <w:right w:w="120" w:type="dxa"/>
            </w:tcMar>
            <w:vAlign w:val="center"/>
          </w:tcPr>
          <w:p w14:paraId="471548B7" w14:textId="77777777" w:rsidR="0091285B" w:rsidRPr="0008143D" w:rsidRDefault="005F5C62">
            <w:pPr>
              <w:rPr>
                <w:sz w:val="22"/>
              </w:rPr>
            </w:pPr>
            <w:r w:rsidRPr="0008143D">
              <w:rPr>
                <w:sz w:val="22"/>
              </w:rPr>
              <w:br/>
            </w:r>
          </w:p>
        </w:tc>
      </w:tr>
    </w:tbl>
    <w:p w14:paraId="2E94ED23" w14:textId="77777777" w:rsidR="0091285B" w:rsidRPr="0008143D" w:rsidRDefault="0091285B">
      <w:pPr>
        <w:spacing w:after="0"/>
        <w:rPr>
          <w:sz w:val="22"/>
        </w:rPr>
      </w:pPr>
    </w:p>
    <w:p w14:paraId="225A30A8" w14:textId="77777777" w:rsidR="0091285B" w:rsidRPr="0008143D" w:rsidRDefault="005F5C62">
      <w:pPr>
        <w:rPr>
          <w:sz w:val="22"/>
        </w:rPr>
      </w:pPr>
      <w:r w:rsidRPr="0008143D">
        <w:rPr>
          <w:sz w:val="22"/>
        </w:rPr>
        <w:t>Scanned or electronic signatures are accepted. Where signatures are typed, CIEEM may confirm sponsorship through the sponsor’s email account.</w:t>
      </w:r>
    </w:p>
    <w:p w14:paraId="790967CE" w14:textId="77777777" w:rsidR="0091285B" w:rsidRDefault="005F5C62">
      <w:r>
        <w:br w:type="page"/>
      </w:r>
    </w:p>
    <w:p w14:paraId="78E054AD" w14:textId="77777777" w:rsidR="0091285B" w:rsidRDefault="005F5C62">
      <w:pPr>
        <w:pStyle w:val="Heading1"/>
      </w:pPr>
      <w:r>
        <w:lastRenderedPageBreak/>
        <w:t>Use of generative AI</w:t>
      </w:r>
    </w:p>
    <w:p w14:paraId="511D6104" w14:textId="77777777" w:rsidR="0091285B" w:rsidRPr="00ED6B5D" w:rsidRDefault="005F5C62">
      <w:pPr>
        <w:rPr>
          <w:sz w:val="22"/>
        </w:rPr>
      </w:pPr>
      <w:r w:rsidRPr="00ED6B5D">
        <w:rPr>
          <w:sz w:val="22"/>
        </w:rPr>
        <w:t>Generative AI may help with creativity, structure, readability and accessibility, but it also creates risks involving accuracy, bias, originality, copyright, data protection and confidentiality. Information entered into an AI tool may not remain confidential.</w:t>
      </w:r>
    </w:p>
    <w:p w14:paraId="6F1FAD25" w14:textId="77777777" w:rsidR="0091285B" w:rsidRDefault="005F5C62">
      <w:pPr>
        <w:pStyle w:val="Heading2"/>
      </w:pPr>
      <w:r>
        <w:t>Acceptable uses</w:t>
      </w:r>
    </w:p>
    <w:p w14:paraId="2D42445A" w14:textId="77777777" w:rsidR="0091285B" w:rsidRPr="006C5C68" w:rsidRDefault="005F5C62">
      <w:pPr>
        <w:pStyle w:val="ListBullet"/>
        <w:rPr>
          <w:sz w:val="22"/>
        </w:rPr>
      </w:pPr>
      <w:r w:rsidRPr="006C5C68">
        <w:rPr>
          <w:sz w:val="22"/>
        </w:rPr>
        <w:t>Refining and articulating your own ideas.</w:t>
      </w:r>
    </w:p>
    <w:p w14:paraId="6244F75A" w14:textId="77777777" w:rsidR="0091285B" w:rsidRPr="006C5C68" w:rsidRDefault="005F5C62">
      <w:pPr>
        <w:pStyle w:val="ListBullet"/>
        <w:rPr>
          <w:sz w:val="22"/>
        </w:rPr>
      </w:pPr>
      <w:r w:rsidRPr="006C5C68">
        <w:rPr>
          <w:sz w:val="22"/>
        </w:rPr>
        <w:t>Structuring your own evidence and improving clarity, readability, spelling, grammar, brevity or impact.</w:t>
      </w:r>
    </w:p>
    <w:p w14:paraId="0AD21C8D" w14:textId="77777777" w:rsidR="0091285B" w:rsidRPr="006C5C68" w:rsidRDefault="005F5C62">
      <w:pPr>
        <w:pStyle w:val="ListBullet"/>
        <w:rPr>
          <w:sz w:val="22"/>
        </w:rPr>
      </w:pPr>
      <w:r w:rsidRPr="006C5C68">
        <w:rPr>
          <w:sz w:val="22"/>
        </w:rPr>
        <w:t>Generating questions or prompts that help you identify where your evidence needs strengthening, provided the final response remains your own and accurately reflects your experience.</w:t>
      </w:r>
    </w:p>
    <w:p w14:paraId="399E136E" w14:textId="77777777" w:rsidR="0091285B" w:rsidRDefault="005F5C62">
      <w:pPr>
        <w:pStyle w:val="Heading2"/>
      </w:pPr>
      <w:r>
        <w:t>Unacceptable uses</w:t>
      </w:r>
    </w:p>
    <w:p w14:paraId="005C445F" w14:textId="77777777" w:rsidR="0091285B" w:rsidRPr="006C5C68" w:rsidRDefault="005F5C62">
      <w:pPr>
        <w:pStyle w:val="ListBullet"/>
        <w:rPr>
          <w:sz w:val="22"/>
        </w:rPr>
      </w:pPr>
      <w:r w:rsidRPr="006C5C68">
        <w:rPr>
          <w:sz w:val="22"/>
        </w:rPr>
        <w:t>Inventing, inflating or misrepresenting experience, achievements, evidence or endorsements.</w:t>
      </w:r>
    </w:p>
    <w:p w14:paraId="6EB7A914" w14:textId="77777777" w:rsidR="0091285B" w:rsidRPr="006C5C68" w:rsidRDefault="005F5C62">
      <w:pPr>
        <w:pStyle w:val="ListBullet"/>
        <w:rPr>
          <w:sz w:val="22"/>
        </w:rPr>
      </w:pPr>
      <w:r w:rsidRPr="006C5C68">
        <w:rPr>
          <w:sz w:val="22"/>
        </w:rPr>
        <w:t>Submitting generic AI-generated responses without checking, editing and personalising them.</w:t>
      </w:r>
    </w:p>
    <w:p w14:paraId="16DE69CB" w14:textId="77777777" w:rsidR="0091285B" w:rsidRPr="006C5C68" w:rsidRDefault="005F5C62">
      <w:pPr>
        <w:pStyle w:val="ListBullet"/>
        <w:rPr>
          <w:sz w:val="22"/>
        </w:rPr>
      </w:pPr>
      <w:r w:rsidRPr="006C5C68">
        <w:rPr>
          <w:sz w:val="22"/>
        </w:rPr>
        <w:t>Entering personal, confidential, commercially sensitive or non-public organisational information without formal consent and an appropriate lawful basis.</w:t>
      </w:r>
    </w:p>
    <w:p w14:paraId="6D8D4678" w14:textId="77777777" w:rsidR="0091285B" w:rsidRDefault="005F5C62">
      <w:pPr>
        <w:pStyle w:val="ListBullet"/>
        <w:rPr>
          <w:sz w:val="22"/>
        </w:rPr>
      </w:pPr>
      <w:r w:rsidRPr="006C5C68">
        <w:rPr>
          <w:sz w:val="22"/>
        </w:rPr>
        <w:t>Using AI to fabricate quotations, sources, publications, outcomes or testimonial evidence.</w:t>
      </w:r>
    </w:p>
    <w:p w14:paraId="05DFAA9F" w14:textId="77777777" w:rsidR="00930A76" w:rsidRPr="006C5C68" w:rsidRDefault="00930A76" w:rsidP="00930A76">
      <w:pPr>
        <w:pStyle w:val="ListBullet"/>
        <w:numPr>
          <w:ilvl w:val="0"/>
          <w:numId w:val="0"/>
        </w:numPr>
        <w:ind w:left="360"/>
        <w:rPr>
          <w:sz w:val="22"/>
        </w:rPr>
      </w:pPr>
    </w:p>
    <w:tbl>
      <w:tblPr>
        <w:tblW w:w="0" w:type="auto"/>
        <w:jc w:val="center"/>
        <w:tblLook w:val="04A0" w:firstRow="1" w:lastRow="0" w:firstColumn="1" w:lastColumn="0" w:noHBand="0" w:noVBand="1"/>
      </w:tblPr>
      <w:tblGrid>
        <w:gridCol w:w="10166"/>
      </w:tblGrid>
      <w:tr w:rsidR="0091285B" w14:paraId="14E49B5A" w14:textId="77777777">
        <w:trPr>
          <w:jc w:val="center"/>
        </w:trPr>
        <w:tc>
          <w:tcPr>
            <w:tcW w:w="10166" w:type="dxa"/>
            <w:shd w:val="clear" w:color="auto" w:fill="E7EFF7"/>
            <w:tcMar>
              <w:top w:w="140" w:type="dxa"/>
              <w:left w:w="160" w:type="dxa"/>
              <w:bottom w:w="140" w:type="dxa"/>
              <w:right w:w="160" w:type="dxa"/>
            </w:tcMar>
          </w:tcPr>
          <w:p w14:paraId="5FD54C7F" w14:textId="77777777" w:rsidR="0091285B" w:rsidRPr="006C5C68" w:rsidRDefault="005F5C62">
            <w:pPr>
              <w:rPr>
                <w:sz w:val="22"/>
              </w:rPr>
            </w:pPr>
            <w:r w:rsidRPr="006C5C68">
              <w:rPr>
                <w:b/>
                <w:color w:val="3C542C"/>
                <w:sz w:val="22"/>
              </w:rPr>
              <w:t>Applicant and sponsor responsibility</w:t>
            </w:r>
            <w:r w:rsidRPr="006C5C68">
              <w:rPr>
                <w:b/>
                <w:color w:val="3C542C"/>
                <w:sz w:val="22"/>
              </w:rPr>
              <w:br/>
            </w:r>
            <w:r w:rsidRPr="006C5C68">
              <w:rPr>
                <w:sz w:val="22"/>
              </w:rPr>
              <w:t xml:space="preserve">All signatories remain responsible for every statement submitted. Check AI output for error and bias. Ensure nothing is fabricated, plagiarised, confidential without consent, or misrepresented. AI use must be declared, but the declaration will not be provided to assessors and will </w:t>
            </w:r>
            <w:proofErr w:type="gramStart"/>
            <w:r w:rsidRPr="006C5C68">
              <w:rPr>
                <w:sz w:val="22"/>
              </w:rPr>
              <w:t>not itself</w:t>
            </w:r>
            <w:proofErr w:type="gramEnd"/>
            <w:r w:rsidRPr="006C5C68">
              <w:rPr>
                <w:sz w:val="22"/>
              </w:rPr>
              <w:t xml:space="preserve"> affect the assessment outcome.</w:t>
            </w:r>
          </w:p>
        </w:tc>
      </w:tr>
    </w:tbl>
    <w:p w14:paraId="21287ECC" w14:textId="77777777" w:rsidR="0091285B" w:rsidRDefault="0091285B">
      <w:pPr>
        <w:spacing w:after="0"/>
      </w:pPr>
    </w:p>
    <w:p w14:paraId="29952D4E" w14:textId="3E99CB12" w:rsidR="0091285B" w:rsidRPr="006C5C68" w:rsidRDefault="00E65AD2">
      <w:pPr>
        <w:ind w:left="216"/>
        <w:rPr>
          <w:sz w:val="22"/>
        </w:rPr>
      </w:pPr>
      <w:sdt>
        <w:sdtPr>
          <w:rPr>
            <w:sz w:val="22"/>
          </w:rPr>
          <w:id w:val="903034613"/>
          <w14:checkbox>
            <w14:checked w14:val="0"/>
            <w14:checkedState w14:val="00FC" w14:font="Wingdings"/>
            <w14:uncheckedState w14:val="2610" w14:font="MS Gothic"/>
          </w14:checkbox>
        </w:sdtPr>
        <w:sdtEndPr/>
        <w:sdtContent>
          <w:r w:rsidR="006C5C68">
            <w:rPr>
              <w:rFonts w:ascii="MS Gothic" w:eastAsia="MS Gothic" w:hAnsi="MS Gothic" w:hint="eastAsia"/>
              <w:sz w:val="22"/>
            </w:rPr>
            <w:t>☐</w:t>
          </w:r>
        </w:sdtContent>
      </w:sdt>
      <w:r w:rsidR="006C5C68" w:rsidRPr="006C5C68">
        <w:rPr>
          <w:sz w:val="22"/>
        </w:rPr>
        <w:t xml:space="preserve"> </w:t>
      </w:r>
      <w:r w:rsidR="005F5C62" w:rsidRPr="006C5C68">
        <w:rPr>
          <w:sz w:val="22"/>
        </w:rPr>
        <w:t>I HAVE NOT used generative AI in completing this application.</w:t>
      </w:r>
    </w:p>
    <w:p w14:paraId="5AF7D0F7" w14:textId="090F926F" w:rsidR="0091285B" w:rsidRDefault="00E65AD2">
      <w:pPr>
        <w:ind w:left="216"/>
        <w:rPr>
          <w:sz w:val="22"/>
        </w:rPr>
      </w:pPr>
      <w:sdt>
        <w:sdtPr>
          <w:rPr>
            <w:sz w:val="22"/>
          </w:rPr>
          <w:id w:val="1512097108"/>
          <w14:checkbox>
            <w14:checked w14:val="0"/>
            <w14:checkedState w14:val="00FC" w14:font="Wingdings"/>
            <w14:uncheckedState w14:val="2610" w14:font="MS Gothic"/>
          </w14:checkbox>
        </w:sdtPr>
        <w:sdtEndPr/>
        <w:sdtContent>
          <w:r w:rsidR="006C5C68">
            <w:rPr>
              <w:rFonts w:ascii="MS Gothic" w:eastAsia="MS Gothic" w:hAnsi="MS Gothic" w:hint="eastAsia"/>
              <w:sz w:val="22"/>
            </w:rPr>
            <w:t>☐</w:t>
          </w:r>
        </w:sdtContent>
      </w:sdt>
      <w:r w:rsidR="006C5C68" w:rsidRPr="006C5C68">
        <w:rPr>
          <w:sz w:val="22"/>
        </w:rPr>
        <w:t xml:space="preserve"> </w:t>
      </w:r>
      <w:r w:rsidR="005F5C62" w:rsidRPr="006C5C68">
        <w:rPr>
          <w:sz w:val="22"/>
        </w:rPr>
        <w:t>I HAVE used generative AI in completing this application.</w:t>
      </w:r>
    </w:p>
    <w:p w14:paraId="580DBD4F" w14:textId="77777777" w:rsidR="006C5C68" w:rsidRPr="006C5C68" w:rsidRDefault="006C5C68">
      <w:pPr>
        <w:ind w:left="216"/>
        <w:rPr>
          <w:sz w:val="22"/>
        </w:rPr>
      </w:pPr>
    </w:p>
    <w:tbl>
      <w:tblPr>
        <w:tblStyle w:val="TableGrid"/>
        <w:tblW w:w="0" w:type="auto"/>
        <w:jc w:val="center"/>
        <w:tblLook w:val="04A0" w:firstRow="1" w:lastRow="0" w:firstColumn="1" w:lastColumn="0" w:noHBand="0" w:noVBand="1"/>
      </w:tblPr>
      <w:tblGrid>
        <w:gridCol w:w="10166"/>
      </w:tblGrid>
      <w:tr w:rsidR="0091285B" w14:paraId="77EAA0C6" w14:textId="77777777">
        <w:trPr>
          <w:jc w:val="center"/>
        </w:trPr>
        <w:tc>
          <w:tcPr>
            <w:tcW w:w="10166" w:type="dxa"/>
            <w:shd w:val="clear" w:color="auto" w:fill="3C542C"/>
            <w:tcMar>
              <w:top w:w="100" w:type="dxa"/>
              <w:left w:w="120" w:type="dxa"/>
              <w:bottom w:w="100" w:type="dxa"/>
              <w:right w:w="120" w:type="dxa"/>
            </w:tcMar>
            <w:vAlign w:val="center"/>
          </w:tcPr>
          <w:p w14:paraId="70188671" w14:textId="77777777" w:rsidR="0091285B" w:rsidRPr="006C5C68" w:rsidRDefault="005F5C62">
            <w:pPr>
              <w:rPr>
                <w:sz w:val="22"/>
              </w:rPr>
            </w:pPr>
            <w:r w:rsidRPr="006C5C68">
              <w:rPr>
                <w:b/>
                <w:color w:val="FFFFFF"/>
                <w:sz w:val="22"/>
              </w:rPr>
              <w:t>If AI was used, explain how</w:t>
            </w:r>
          </w:p>
        </w:tc>
      </w:tr>
      <w:tr w:rsidR="0091285B" w14:paraId="0A953297" w14:textId="77777777">
        <w:trPr>
          <w:jc w:val="center"/>
        </w:trPr>
        <w:tc>
          <w:tcPr>
            <w:tcW w:w="10166" w:type="dxa"/>
            <w:tcMar>
              <w:top w:w="100" w:type="dxa"/>
              <w:left w:w="120" w:type="dxa"/>
              <w:bottom w:w="100" w:type="dxa"/>
              <w:right w:w="120" w:type="dxa"/>
            </w:tcMar>
            <w:vAlign w:val="center"/>
          </w:tcPr>
          <w:p w14:paraId="7F26B25A" w14:textId="4F4960F8" w:rsidR="0091285B" w:rsidRPr="006C5C68" w:rsidRDefault="005F5C62">
            <w:pPr>
              <w:rPr>
                <w:sz w:val="22"/>
              </w:rPr>
            </w:pPr>
            <w:r w:rsidRPr="006C5C68">
              <w:rPr>
                <w:sz w:val="22"/>
              </w:rPr>
              <w:t>For example, describe the tool’s role in structuring, editing or checking the submission</w:t>
            </w:r>
            <w:r w:rsidR="00E667AC">
              <w:rPr>
                <w:sz w:val="22"/>
              </w:rPr>
              <w:t>, including by sponsors</w:t>
            </w:r>
            <w:r w:rsidRPr="006C5C68">
              <w:rPr>
                <w:sz w:val="22"/>
              </w:rPr>
              <w:t>. Do not include prompts containing confidential information.</w:t>
            </w:r>
            <w:r w:rsidRPr="006C5C68">
              <w:rPr>
                <w:sz w:val="22"/>
              </w:rPr>
              <w:br/>
            </w:r>
            <w:r w:rsidRPr="006C5C68">
              <w:rPr>
                <w:sz w:val="22"/>
              </w:rPr>
              <w:br/>
            </w:r>
            <w:r w:rsidRPr="006C5C68">
              <w:rPr>
                <w:sz w:val="22"/>
              </w:rPr>
              <w:br/>
            </w:r>
            <w:r w:rsidRPr="006C5C68">
              <w:rPr>
                <w:sz w:val="22"/>
              </w:rPr>
              <w:br/>
            </w:r>
            <w:r w:rsidRPr="006C5C68">
              <w:rPr>
                <w:sz w:val="22"/>
              </w:rPr>
              <w:br/>
            </w:r>
            <w:r w:rsidRPr="006C5C68">
              <w:rPr>
                <w:sz w:val="22"/>
              </w:rPr>
              <w:br/>
            </w:r>
          </w:p>
        </w:tc>
      </w:tr>
    </w:tbl>
    <w:p w14:paraId="18C28321" w14:textId="77777777" w:rsidR="0091285B" w:rsidRDefault="0091285B">
      <w:pPr>
        <w:spacing w:after="0"/>
      </w:pPr>
    </w:p>
    <w:p w14:paraId="59D3F79D" w14:textId="4E64ED08" w:rsidR="0091285B" w:rsidRDefault="0091285B">
      <w:pPr>
        <w:ind w:left="216"/>
      </w:pPr>
    </w:p>
    <w:p w14:paraId="78ECD7D3" w14:textId="77777777" w:rsidR="0091285B" w:rsidRDefault="0091285B">
      <w:pPr>
        <w:spacing w:after="0"/>
      </w:pPr>
    </w:p>
    <w:p w14:paraId="3120A5DA" w14:textId="77777777" w:rsidR="0091285B" w:rsidRDefault="005F5C62">
      <w:r>
        <w:br w:type="page"/>
      </w:r>
    </w:p>
    <w:p w14:paraId="4C875AC3" w14:textId="77777777" w:rsidR="0091285B" w:rsidRDefault="005F5C62">
      <w:pPr>
        <w:pStyle w:val="Heading1"/>
      </w:pPr>
      <w:r>
        <w:lastRenderedPageBreak/>
        <w:t>Part F. Submission, declarations and payment</w:t>
      </w:r>
    </w:p>
    <w:p w14:paraId="7FB1B803" w14:textId="77777777" w:rsidR="0091285B" w:rsidRDefault="005F5C62">
      <w:pPr>
        <w:pStyle w:val="Heading2"/>
      </w:pPr>
      <w:r>
        <w:t>Applicant declaration</w:t>
      </w:r>
    </w:p>
    <w:p w14:paraId="5FED4EBD" w14:textId="7DD1E5DA" w:rsidR="0091285B" w:rsidRPr="00F1649E" w:rsidRDefault="00E65AD2">
      <w:pPr>
        <w:ind w:left="216"/>
        <w:rPr>
          <w:sz w:val="22"/>
        </w:rPr>
      </w:pPr>
      <w:sdt>
        <w:sdtPr>
          <w:rPr>
            <w:sz w:val="22"/>
          </w:rPr>
          <w:id w:val="2083790971"/>
          <w14:checkbox>
            <w14:checked w14:val="0"/>
            <w14:checkedState w14:val="00FC" w14:font="Wingdings"/>
            <w14:uncheckedState w14:val="2610" w14:font="MS Gothic"/>
          </w14:checkbox>
        </w:sdtPr>
        <w:sdtEndPr/>
        <w:sdtContent>
          <w:r w:rsidR="00BF2CE1">
            <w:rPr>
              <w:rFonts w:ascii="MS Gothic" w:eastAsia="MS Gothic" w:hAnsi="MS Gothic" w:hint="eastAsia"/>
              <w:sz w:val="22"/>
            </w:rPr>
            <w:t>☐</w:t>
          </w:r>
        </w:sdtContent>
      </w:sdt>
      <w:r w:rsidR="00F1649E" w:rsidRPr="00F1649E">
        <w:rPr>
          <w:sz w:val="22"/>
        </w:rPr>
        <w:t xml:space="preserve"> </w:t>
      </w:r>
      <w:r w:rsidR="005F5C62" w:rsidRPr="00F1649E">
        <w:rPr>
          <w:sz w:val="22"/>
        </w:rPr>
        <w:t xml:space="preserve">I apply </w:t>
      </w:r>
      <w:r w:rsidR="00F62872">
        <w:rPr>
          <w:sz w:val="22"/>
        </w:rPr>
        <w:t xml:space="preserve">to become </w:t>
      </w:r>
      <w:r w:rsidR="005F5C62" w:rsidRPr="00F1649E">
        <w:rPr>
          <w:sz w:val="22"/>
        </w:rPr>
        <w:t>a Fellow of the Chartered Institute of Ecology and Environmental Management.</w:t>
      </w:r>
    </w:p>
    <w:p w14:paraId="2DF2880C" w14:textId="78EDDE84" w:rsidR="0091285B" w:rsidRPr="00F1649E" w:rsidRDefault="00E65AD2">
      <w:pPr>
        <w:ind w:left="216"/>
        <w:rPr>
          <w:sz w:val="22"/>
        </w:rPr>
      </w:pPr>
      <w:sdt>
        <w:sdtPr>
          <w:rPr>
            <w:sz w:val="22"/>
          </w:rPr>
          <w:id w:val="-15618556"/>
          <w14:checkbox>
            <w14:checked w14:val="0"/>
            <w14:checkedState w14:val="00FC" w14:font="Wingdings"/>
            <w14:uncheckedState w14:val="2610" w14:font="MS Gothic"/>
          </w14:checkbox>
        </w:sdtPr>
        <w:sdtEndPr/>
        <w:sdtContent>
          <w:r w:rsidR="00F1649E">
            <w:rPr>
              <w:rFonts w:ascii="MS Gothic" w:eastAsia="MS Gothic" w:hAnsi="MS Gothic" w:hint="eastAsia"/>
              <w:sz w:val="22"/>
            </w:rPr>
            <w:t>☐</w:t>
          </w:r>
        </w:sdtContent>
      </w:sdt>
      <w:r w:rsidR="00F1649E" w:rsidRPr="00F1649E">
        <w:rPr>
          <w:sz w:val="22"/>
        </w:rPr>
        <w:t xml:space="preserve"> </w:t>
      </w:r>
      <w:r w:rsidR="005F5C62" w:rsidRPr="00F1649E">
        <w:rPr>
          <w:sz w:val="22"/>
        </w:rPr>
        <w:t>The information in this form and its attachments is true and correct to the best of my knowledge.</w:t>
      </w:r>
    </w:p>
    <w:p w14:paraId="4C59F09A" w14:textId="60A188EF" w:rsidR="0091285B" w:rsidRPr="00F1649E" w:rsidRDefault="00E65AD2">
      <w:pPr>
        <w:ind w:left="216"/>
        <w:rPr>
          <w:sz w:val="22"/>
        </w:rPr>
      </w:pPr>
      <w:sdt>
        <w:sdtPr>
          <w:rPr>
            <w:sz w:val="22"/>
          </w:rPr>
          <w:id w:val="-1325660508"/>
          <w14:checkbox>
            <w14:checked w14:val="0"/>
            <w14:checkedState w14:val="00FC" w14:font="Wingdings"/>
            <w14:uncheckedState w14:val="2610" w14:font="MS Gothic"/>
          </w14:checkbox>
        </w:sdtPr>
        <w:sdtEndPr/>
        <w:sdtContent>
          <w:r w:rsidR="00F1649E">
            <w:rPr>
              <w:rFonts w:ascii="MS Gothic" w:eastAsia="MS Gothic" w:hAnsi="MS Gothic" w:hint="eastAsia"/>
              <w:sz w:val="22"/>
            </w:rPr>
            <w:t>☐</w:t>
          </w:r>
        </w:sdtContent>
      </w:sdt>
      <w:r w:rsidR="00F1649E" w:rsidRPr="00F1649E">
        <w:rPr>
          <w:sz w:val="22"/>
        </w:rPr>
        <w:t xml:space="preserve"> </w:t>
      </w:r>
      <w:r w:rsidR="005F5C62" w:rsidRPr="00F1649E">
        <w:rPr>
          <w:sz w:val="22"/>
        </w:rPr>
        <w:t>The submission accurately describes my individual contribution and does not misrepresent the work of others.</w:t>
      </w:r>
    </w:p>
    <w:p w14:paraId="31701F49" w14:textId="7ED7226B" w:rsidR="0091285B" w:rsidRPr="00F1649E" w:rsidRDefault="00E65AD2">
      <w:pPr>
        <w:ind w:left="216"/>
        <w:rPr>
          <w:sz w:val="22"/>
        </w:rPr>
      </w:pPr>
      <w:sdt>
        <w:sdtPr>
          <w:rPr>
            <w:sz w:val="22"/>
          </w:rPr>
          <w:id w:val="1612552768"/>
          <w14:checkbox>
            <w14:checked w14:val="0"/>
            <w14:checkedState w14:val="00FC" w14:font="Wingdings"/>
            <w14:uncheckedState w14:val="2610" w14:font="MS Gothic"/>
          </w14:checkbox>
        </w:sdtPr>
        <w:sdtEndPr/>
        <w:sdtContent>
          <w:r w:rsidR="00F1649E">
            <w:rPr>
              <w:rFonts w:ascii="MS Gothic" w:eastAsia="MS Gothic" w:hAnsi="MS Gothic" w:hint="eastAsia"/>
              <w:sz w:val="22"/>
            </w:rPr>
            <w:t>☐</w:t>
          </w:r>
        </w:sdtContent>
      </w:sdt>
      <w:r w:rsidR="00F1649E" w:rsidRPr="00F1649E">
        <w:rPr>
          <w:sz w:val="22"/>
        </w:rPr>
        <w:t xml:space="preserve"> </w:t>
      </w:r>
      <w:r w:rsidR="005F5C62" w:rsidRPr="00F1649E">
        <w:rPr>
          <w:sz w:val="22"/>
        </w:rPr>
        <w:t>I have complied with the CIEEM Code of Professional Conduct and agree to abide by CIEEM’s governing documents and conditions of membership.</w:t>
      </w:r>
    </w:p>
    <w:p w14:paraId="356CF71B" w14:textId="74FC417F" w:rsidR="0091285B" w:rsidRPr="00F1649E" w:rsidRDefault="00E65AD2">
      <w:pPr>
        <w:ind w:left="216"/>
        <w:rPr>
          <w:sz w:val="22"/>
        </w:rPr>
      </w:pPr>
      <w:sdt>
        <w:sdtPr>
          <w:rPr>
            <w:sz w:val="22"/>
          </w:rPr>
          <w:id w:val="1017124636"/>
          <w14:checkbox>
            <w14:checked w14:val="0"/>
            <w14:checkedState w14:val="00FC" w14:font="Wingdings"/>
            <w14:uncheckedState w14:val="2610" w14:font="MS Gothic"/>
          </w14:checkbox>
        </w:sdtPr>
        <w:sdtEndPr/>
        <w:sdtContent>
          <w:r w:rsidR="00F1649E">
            <w:rPr>
              <w:rFonts w:ascii="MS Gothic" w:eastAsia="MS Gothic" w:hAnsi="MS Gothic" w:hint="eastAsia"/>
              <w:sz w:val="22"/>
            </w:rPr>
            <w:t>☐</w:t>
          </w:r>
        </w:sdtContent>
      </w:sdt>
      <w:r w:rsidR="00F1649E" w:rsidRPr="00F1649E">
        <w:rPr>
          <w:sz w:val="22"/>
        </w:rPr>
        <w:t xml:space="preserve"> </w:t>
      </w:r>
      <w:r w:rsidR="005F5C62" w:rsidRPr="00F1649E">
        <w:rPr>
          <w:sz w:val="22"/>
        </w:rPr>
        <w:t>I understand that CIEEM may share relevant application information with approved assessors and others involved in administering and quality-assuring the Fellowship process.</w:t>
      </w:r>
    </w:p>
    <w:p w14:paraId="30509A81" w14:textId="6B72B943" w:rsidR="0091285B" w:rsidRPr="00F1649E" w:rsidRDefault="00E65AD2">
      <w:pPr>
        <w:ind w:left="216"/>
        <w:rPr>
          <w:sz w:val="22"/>
        </w:rPr>
      </w:pPr>
      <w:sdt>
        <w:sdtPr>
          <w:rPr>
            <w:sz w:val="22"/>
          </w:rPr>
          <w:id w:val="416452703"/>
          <w14:checkbox>
            <w14:checked w14:val="0"/>
            <w14:checkedState w14:val="00FC" w14:font="Wingdings"/>
            <w14:uncheckedState w14:val="2610" w14:font="MS Gothic"/>
          </w14:checkbox>
        </w:sdtPr>
        <w:sdtEndPr/>
        <w:sdtContent>
          <w:r w:rsidR="00F1649E">
            <w:rPr>
              <w:rFonts w:ascii="MS Gothic" w:eastAsia="MS Gothic" w:hAnsi="MS Gothic" w:hint="eastAsia"/>
              <w:sz w:val="22"/>
            </w:rPr>
            <w:t>☐</w:t>
          </w:r>
        </w:sdtContent>
      </w:sdt>
      <w:r w:rsidR="00F1649E" w:rsidRPr="00F1649E">
        <w:rPr>
          <w:sz w:val="22"/>
        </w:rPr>
        <w:t xml:space="preserve"> </w:t>
      </w:r>
      <w:r w:rsidR="005F5C62" w:rsidRPr="00F1649E">
        <w:rPr>
          <w:sz w:val="22"/>
        </w:rPr>
        <w:t>I understand that false or misleading information may lead to refusal of the application and may be considered under the relevant professional conduct process.</w:t>
      </w:r>
    </w:p>
    <w:p w14:paraId="1F441C95" w14:textId="573EAB6C" w:rsidR="0091285B" w:rsidRPr="00F1649E" w:rsidRDefault="00E65AD2">
      <w:pPr>
        <w:ind w:left="216"/>
        <w:rPr>
          <w:sz w:val="22"/>
        </w:rPr>
      </w:pPr>
      <w:sdt>
        <w:sdtPr>
          <w:rPr>
            <w:sz w:val="22"/>
          </w:rPr>
          <w:id w:val="1450501115"/>
          <w14:checkbox>
            <w14:checked w14:val="0"/>
            <w14:checkedState w14:val="00FC" w14:font="Wingdings"/>
            <w14:uncheckedState w14:val="2610" w14:font="MS Gothic"/>
          </w14:checkbox>
        </w:sdtPr>
        <w:sdtEndPr/>
        <w:sdtContent>
          <w:r w:rsidR="00F1649E">
            <w:rPr>
              <w:rFonts w:ascii="MS Gothic" w:eastAsia="MS Gothic" w:hAnsi="MS Gothic" w:hint="eastAsia"/>
              <w:sz w:val="22"/>
            </w:rPr>
            <w:t>☐</w:t>
          </w:r>
        </w:sdtContent>
      </w:sdt>
      <w:r w:rsidR="00F1649E" w:rsidRPr="00F1649E">
        <w:rPr>
          <w:sz w:val="22"/>
        </w:rPr>
        <w:t xml:space="preserve"> </w:t>
      </w:r>
      <w:r w:rsidR="005F5C62" w:rsidRPr="00F1649E">
        <w:rPr>
          <w:sz w:val="22"/>
        </w:rPr>
        <w:t>I have made the required declaration about generative AI use.</w:t>
      </w:r>
    </w:p>
    <w:tbl>
      <w:tblPr>
        <w:tblStyle w:val="TableGrid"/>
        <w:tblW w:w="0" w:type="auto"/>
        <w:jc w:val="center"/>
        <w:tblLook w:val="04A0" w:firstRow="1" w:lastRow="0" w:firstColumn="1" w:lastColumn="0" w:noHBand="0" w:noVBand="1"/>
      </w:tblPr>
      <w:tblGrid>
        <w:gridCol w:w="5083"/>
        <w:gridCol w:w="5083"/>
      </w:tblGrid>
      <w:tr w:rsidR="0091285B" w:rsidRPr="00F1649E" w14:paraId="5B0543F6" w14:textId="77777777">
        <w:trPr>
          <w:jc w:val="center"/>
        </w:trPr>
        <w:tc>
          <w:tcPr>
            <w:tcW w:w="5083" w:type="dxa"/>
            <w:shd w:val="clear" w:color="auto" w:fill="EAF2E4"/>
            <w:tcMar>
              <w:top w:w="100" w:type="dxa"/>
              <w:left w:w="120" w:type="dxa"/>
              <w:bottom w:w="100" w:type="dxa"/>
              <w:right w:w="120" w:type="dxa"/>
            </w:tcMar>
            <w:vAlign w:val="center"/>
          </w:tcPr>
          <w:p w14:paraId="1309522E" w14:textId="786BE59C" w:rsidR="0091285B" w:rsidRPr="00F1649E" w:rsidRDefault="005F5C62" w:rsidP="00700303">
            <w:pPr>
              <w:spacing w:after="0"/>
              <w:rPr>
                <w:sz w:val="22"/>
              </w:rPr>
            </w:pPr>
            <w:r w:rsidRPr="00F1649E">
              <w:rPr>
                <w:b/>
                <w:color w:val="3C542C"/>
                <w:sz w:val="22"/>
              </w:rPr>
              <w:t>Applicant name</w:t>
            </w:r>
            <w:r w:rsidR="00F62872">
              <w:rPr>
                <w:b/>
                <w:color w:val="3C542C"/>
                <w:sz w:val="22"/>
              </w:rPr>
              <w:t>:</w:t>
            </w:r>
          </w:p>
        </w:tc>
        <w:tc>
          <w:tcPr>
            <w:tcW w:w="5083" w:type="dxa"/>
            <w:tcMar>
              <w:top w:w="100" w:type="dxa"/>
              <w:left w:w="120" w:type="dxa"/>
              <w:bottom w:w="100" w:type="dxa"/>
              <w:right w:w="120" w:type="dxa"/>
            </w:tcMar>
            <w:vAlign w:val="center"/>
          </w:tcPr>
          <w:p w14:paraId="67A25E37" w14:textId="77777777" w:rsidR="0091285B" w:rsidRPr="00F1649E" w:rsidRDefault="005F5C62" w:rsidP="00700303">
            <w:pPr>
              <w:spacing w:after="0"/>
              <w:rPr>
                <w:sz w:val="22"/>
              </w:rPr>
            </w:pPr>
            <w:r w:rsidRPr="00F1649E">
              <w:rPr>
                <w:sz w:val="22"/>
              </w:rPr>
              <w:br/>
            </w:r>
          </w:p>
        </w:tc>
      </w:tr>
      <w:tr w:rsidR="0091285B" w:rsidRPr="00F1649E" w14:paraId="101B3168" w14:textId="77777777">
        <w:trPr>
          <w:jc w:val="center"/>
        </w:trPr>
        <w:tc>
          <w:tcPr>
            <w:tcW w:w="5083" w:type="dxa"/>
            <w:shd w:val="clear" w:color="auto" w:fill="EAF2E4"/>
            <w:tcMar>
              <w:top w:w="100" w:type="dxa"/>
              <w:left w:w="120" w:type="dxa"/>
              <w:bottom w:w="100" w:type="dxa"/>
              <w:right w:w="120" w:type="dxa"/>
            </w:tcMar>
            <w:vAlign w:val="center"/>
          </w:tcPr>
          <w:p w14:paraId="740D285A" w14:textId="5E5496F8" w:rsidR="0091285B" w:rsidRPr="00F1649E" w:rsidRDefault="005F5C62" w:rsidP="00700303">
            <w:pPr>
              <w:spacing w:after="0"/>
              <w:rPr>
                <w:sz w:val="22"/>
              </w:rPr>
            </w:pPr>
            <w:r w:rsidRPr="00F1649E">
              <w:rPr>
                <w:b/>
                <w:color w:val="3C542C"/>
                <w:sz w:val="22"/>
              </w:rPr>
              <w:t>Signature</w:t>
            </w:r>
            <w:r w:rsidR="00F62872">
              <w:rPr>
                <w:b/>
                <w:color w:val="3C542C"/>
                <w:sz w:val="22"/>
              </w:rPr>
              <w:t>:</w:t>
            </w:r>
          </w:p>
        </w:tc>
        <w:tc>
          <w:tcPr>
            <w:tcW w:w="5083" w:type="dxa"/>
            <w:tcMar>
              <w:top w:w="100" w:type="dxa"/>
              <w:left w:w="120" w:type="dxa"/>
              <w:bottom w:w="100" w:type="dxa"/>
              <w:right w:w="120" w:type="dxa"/>
            </w:tcMar>
            <w:vAlign w:val="center"/>
          </w:tcPr>
          <w:p w14:paraId="37D20BCB" w14:textId="77777777" w:rsidR="0091285B" w:rsidRPr="00F1649E" w:rsidRDefault="005F5C62" w:rsidP="00700303">
            <w:pPr>
              <w:spacing w:after="0"/>
              <w:rPr>
                <w:sz w:val="22"/>
              </w:rPr>
            </w:pPr>
            <w:r w:rsidRPr="00F1649E">
              <w:rPr>
                <w:sz w:val="22"/>
              </w:rPr>
              <w:br/>
            </w:r>
          </w:p>
        </w:tc>
      </w:tr>
      <w:tr w:rsidR="0091285B" w:rsidRPr="00F1649E" w14:paraId="379C8EB3" w14:textId="77777777">
        <w:trPr>
          <w:jc w:val="center"/>
        </w:trPr>
        <w:tc>
          <w:tcPr>
            <w:tcW w:w="5083" w:type="dxa"/>
            <w:shd w:val="clear" w:color="auto" w:fill="EAF2E4"/>
            <w:tcMar>
              <w:top w:w="100" w:type="dxa"/>
              <w:left w:w="120" w:type="dxa"/>
              <w:bottom w:w="100" w:type="dxa"/>
              <w:right w:w="120" w:type="dxa"/>
            </w:tcMar>
            <w:vAlign w:val="center"/>
          </w:tcPr>
          <w:p w14:paraId="7E432145" w14:textId="6E308753" w:rsidR="0091285B" w:rsidRPr="00F1649E" w:rsidRDefault="005F5C62" w:rsidP="00700303">
            <w:pPr>
              <w:spacing w:after="0"/>
              <w:rPr>
                <w:sz w:val="22"/>
              </w:rPr>
            </w:pPr>
            <w:r w:rsidRPr="00F1649E">
              <w:rPr>
                <w:b/>
                <w:color w:val="3C542C"/>
                <w:sz w:val="22"/>
              </w:rPr>
              <w:t>Date</w:t>
            </w:r>
            <w:r w:rsidR="00F62872">
              <w:rPr>
                <w:b/>
                <w:color w:val="3C542C"/>
                <w:sz w:val="22"/>
              </w:rPr>
              <w:t>:</w:t>
            </w:r>
          </w:p>
        </w:tc>
        <w:tc>
          <w:tcPr>
            <w:tcW w:w="5083" w:type="dxa"/>
            <w:tcMar>
              <w:top w:w="100" w:type="dxa"/>
              <w:left w:w="120" w:type="dxa"/>
              <w:bottom w:w="100" w:type="dxa"/>
              <w:right w:w="120" w:type="dxa"/>
            </w:tcMar>
            <w:vAlign w:val="center"/>
          </w:tcPr>
          <w:p w14:paraId="706040A3" w14:textId="77777777" w:rsidR="0091285B" w:rsidRPr="00F1649E" w:rsidRDefault="005F5C62" w:rsidP="00700303">
            <w:pPr>
              <w:spacing w:after="0"/>
              <w:rPr>
                <w:sz w:val="22"/>
              </w:rPr>
            </w:pPr>
            <w:r w:rsidRPr="00F1649E">
              <w:rPr>
                <w:sz w:val="22"/>
              </w:rPr>
              <w:br/>
            </w:r>
          </w:p>
        </w:tc>
      </w:tr>
    </w:tbl>
    <w:p w14:paraId="0C1B28A5" w14:textId="77777777" w:rsidR="0091285B" w:rsidRDefault="0091285B">
      <w:pPr>
        <w:spacing w:after="0"/>
      </w:pPr>
    </w:p>
    <w:p w14:paraId="08F2FD97" w14:textId="77777777" w:rsidR="0091285B" w:rsidRDefault="005F5C62">
      <w:pPr>
        <w:pStyle w:val="Heading2"/>
      </w:pPr>
      <w:r>
        <w:t>Payment information</w:t>
      </w:r>
    </w:p>
    <w:p w14:paraId="6CF72D72" w14:textId="77777777" w:rsidR="0091285B" w:rsidRPr="005124B9" w:rsidRDefault="005F5C62">
      <w:pPr>
        <w:rPr>
          <w:sz w:val="22"/>
        </w:rPr>
      </w:pPr>
      <w:r w:rsidRPr="005124B9">
        <w:rPr>
          <w:sz w:val="22"/>
        </w:rPr>
        <w:t>CIEEM will raise an invoice for the current Fellowship application administration fee on receipt of the application. Confirm the correct current fee and payment terms with the Membership team or website before submitting.</w:t>
      </w:r>
    </w:p>
    <w:p w14:paraId="619752F7" w14:textId="07402C77" w:rsidR="0091285B" w:rsidRPr="005124B9" w:rsidRDefault="00E65AD2">
      <w:pPr>
        <w:ind w:left="216"/>
        <w:rPr>
          <w:sz w:val="22"/>
        </w:rPr>
      </w:pPr>
      <w:sdt>
        <w:sdtPr>
          <w:rPr>
            <w:sz w:val="22"/>
          </w:rPr>
          <w:id w:val="-605118589"/>
          <w14:checkbox>
            <w14:checked w14:val="0"/>
            <w14:checkedState w14:val="00FC" w14:font="Wingdings"/>
            <w14:uncheckedState w14:val="2610" w14:font="MS Gothic"/>
          </w14:checkbox>
        </w:sdtPr>
        <w:sdtEndPr/>
        <w:sdtContent>
          <w:r w:rsidR="00700303">
            <w:rPr>
              <w:rFonts w:ascii="MS Gothic" w:eastAsia="MS Gothic" w:hAnsi="MS Gothic" w:hint="eastAsia"/>
              <w:sz w:val="22"/>
            </w:rPr>
            <w:t>☐</w:t>
          </w:r>
        </w:sdtContent>
      </w:sdt>
      <w:r w:rsidR="005124B9" w:rsidRPr="005124B9">
        <w:rPr>
          <w:sz w:val="22"/>
        </w:rPr>
        <w:t xml:space="preserve"> </w:t>
      </w:r>
      <w:r w:rsidR="005F5C62" w:rsidRPr="005124B9">
        <w:rPr>
          <w:sz w:val="22"/>
        </w:rPr>
        <w:t>Invoice me using my member-record address.</w:t>
      </w:r>
    </w:p>
    <w:p w14:paraId="0556C4F2" w14:textId="76F0CB86" w:rsidR="0091285B" w:rsidRPr="005124B9" w:rsidRDefault="00E65AD2">
      <w:pPr>
        <w:ind w:left="216"/>
        <w:rPr>
          <w:sz w:val="22"/>
        </w:rPr>
      </w:pPr>
      <w:sdt>
        <w:sdtPr>
          <w:rPr>
            <w:sz w:val="22"/>
          </w:rPr>
          <w:id w:val="232587091"/>
          <w14:checkbox>
            <w14:checked w14:val="0"/>
            <w14:checkedState w14:val="00FC" w14:font="Wingdings"/>
            <w14:uncheckedState w14:val="2610" w14:font="MS Gothic"/>
          </w14:checkbox>
        </w:sdtPr>
        <w:sdtEndPr/>
        <w:sdtContent>
          <w:r w:rsidR="005124B9">
            <w:rPr>
              <w:rFonts w:ascii="MS Gothic" w:eastAsia="MS Gothic" w:hAnsi="MS Gothic" w:hint="eastAsia"/>
              <w:sz w:val="22"/>
            </w:rPr>
            <w:t>☐</w:t>
          </w:r>
        </w:sdtContent>
      </w:sdt>
      <w:r w:rsidR="005124B9" w:rsidRPr="005124B9">
        <w:rPr>
          <w:sz w:val="22"/>
        </w:rPr>
        <w:t xml:space="preserve"> </w:t>
      </w:r>
      <w:r w:rsidR="005F5C62" w:rsidRPr="005124B9">
        <w:rPr>
          <w:sz w:val="22"/>
        </w:rPr>
        <w:t>Raise the invoice using the details below.</w:t>
      </w:r>
    </w:p>
    <w:tbl>
      <w:tblPr>
        <w:tblStyle w:val="TableGrid"/>
        <w:tblW w:w="0" w:type="auto"/>
        <w:jc w:val="center"/>
        <w:tblLook w:val="04A0" w:firstRow="1" w:lastRow="0" w:firstColumn="1" w:lastColumn="0" w:noHBand="0" w:noVBand="1"/>
      </w:tblPr>
      <w:tblGrid>
        <w:gridCol w:w="5083"/>
        <w:gridCol w:w="5083"/>
      </w:tblGrid>
      <w:tr w:rsidR="0091285B" w:rsidRPr="005124B9" w14:paraId="25F96103" w14:textId="77777777" w:rsidTr="005124B9">
        <w:trPr>
          <w:trHeight w:val="567"/>
          <w:jc w:val="center"/>
        </w:trPr>
        <w:tc>
          <w:tcPr>
            <w:tcW w:w="5083" w:type="dxa"/>
            <w:shd w:val="clear" w:color="auto" w:fill="EAF2E4"/>
            <w:tcMar>
              <w:top w:w="100" w:type="dxa"/>
              <w:left w:w="120" w:type="dxa"/>
              <w:bottom w:w="100" w:type="dxa"/>
              <w:right w:w="120" w:type="dxa"/>
            </w:tcMar>
            <w:vAlign w:val="center"/>
          </w:tcPr>
          <w:p w14:paraId="6CCE2B03" w14:textId="56C4762F" w:rsidR="0091285B" w:rsidRPr="005124B9" w:rsidRDefault="005F5C62" w:rsidP="00700303">
            <w:pPr>
              <w:spacing w:after="0"/>
              <w:rPr>
                <w:sz w:val="22"/>
              </w:rPr>
            </w:pPr>
            <w:r w:rsidRPr="005124B9">
              <w:rPr>
                <w:b/>
                <w:color w:val="3C542C"/>
                <w:sz w:val="22"/>
              </w:rPr>
              <w:t>Invoice to</w:t>
            </w:r>
            <w:r w:rsidR="00F62872">
              <w:rPr>
                <w:b/>
                <w:color w:val="3C542C"/>
                <w:sz w:val="22"/>
              </w:rPr>
              <w:t>:</w:t>
            </w:r>
          </w:p>
        </w:tc>
        <w:tc>
          <w:tcPr>
            <w:tcW w:w="5083" w:type="dxa"/>
            <w:tcMar>
              <w:top w:w="100" w:type="dxa"/>
              <w:left w:w="120" w:type="dxa"/>
              <w:bottom w:w="100" w:type="dxa"/>
              <w:right w:w="120" w:type="dxa"/>
            </w:tcMar>
            <w:vAlign w:val="center"/>
          </w:tcPr>
          <w:p w14:paraId="3C550DA6" w14:textId="77777777" w:rsidR="0091285B" w:rsidRPr="005124B9" w:rsidRDefault="005F5C62" w:rsidP="00700303">
            <w:pPr>
              <w:spacing w:after="0"/>
              <w:rPr>
                <w:sz w:val="22"/>
              </w:rPr>
            </w:pPr>
            <w:r w:rsidRPr="005124B9">
              <w:rPr>
                <w:sz w:val="22"/>
              </w:rPr>
              <w:br/>
            </w:r>
          </w:p>
        </w:tc>
      </w:tr>
      <w:tr w:rsidR="0091285B" w:rsidRPr="005124B9" w14:paraId="7B5C9253" w14:textId="77777777" w:rsidTr="005124B9">
        <w:trPr>
          <w:trHeight w:val="567"/>
          <w:jc w:val="center"/>
        </w:trPr>
        <w:tc>
          <w:tcPr>
            <w:tcW w:w="5083" w:type="dxa"/>
            <w:shd w:val="clear" w:color="auto" w:fill="EAF2E4"/>
            <w:tcMar>
              <w:top w:w="100" w:type="dxa"/>
              <w:left w:w="120" w:type="dxa"/>
              <w:bottom w:w="100" w:type="dxa"/>
              <w:right w:w="120" w:type="dxa"/>
            </w:tcMar>
            <w:vAlign w:val="center"/>
          </w:tcPr>
          <w:p w14:paraId="6B0B8368" w14:textId="4A2D30F0" w:rsidR="0091285B" w:rsidRPr="005124B9" w:rsidRDefault="005F5C62" w:rsidP="00700303">
            <w:pPr>
              <w:spacing w:after="0"/>
              <w:rPr>
                <w:sz w:val="22"/>
              </w:rPr>
            </w:pPr>
            <w:r w:rsidRPr="005124B9">
              <w:rPr>
                <w:b/>
                <w:color w:val="3C542C"/>
                <w:sz w:val="22"/>
              </w:rPr>
              <w:t>Purchase order / reference</w:t>
            </w:r>
            <w:r w:rsidR="00F62872">
              <w:rPr>
                <w:b/>
                <w:color w:val="3C542C"/>
                <w:sz w:val="22"/>
              </w:rPr>
              <w:t>:</w:t>
            </w:r>
          </w:p>
        </w:tc>
        <w:tc>
          <w:tcPr>
            <w:tcW w:w="5083" w:type="dxa"/>
            <w:tcMar>
              <w:top w:w="100" w:type="dxa"/>
              <w:left w:w="120" w:type="dxa"/>
              <w:bottom w:w="100" w:type="dxa"/>
              <w:right w:w="120" w:type="dxa"/>
            </w:tcMar>
            <w:vAlign w:val="center"/>
          </w:tcPr>
          <w:p w14:paraId="33BD2C63" w14:textId="77777777" w:rsidR="0091285B" w:rsidRPr="005124B9" w:rsidRDefault="005F5C62" w:rsidP="00700303">
            <w:pPr>
              <w:spacing w:after="0"/>
              <w:rPr>
                <w:sz w:val="22"/>
              </w:rPr>
            </w:pPr>
            <w:r w:rsidRPr="005124B9">
              <w:rPr>
                <w:sz w:val="22"/>
              </w:rPr>
              <w:br/>
            </w:r>
          </w:p>
        </w:tc>
      </w:tr>
      <w:tr w:rsidR="0091285B" w:rsidRPr="005124B9" w14:paraId="06AAC16E" w14:textId="77777777" w:rsidTr="005124B9">
        <w:trPr>
          <w:trHeight w:val="567"/>
          <w:jc w:val="center"/>
        </w:trPr>
        <w:tc>
          <w:tcPr>
            <w:tcW w:w="5083" w:type="dxa"/>
            <w:shd w:val="clear" w:color="auto" w:fill="EAF2E4"/>
            <w:tcMar>
              <w:top w:w="100" w:type="dxa"/>
              <w:left w:w="120" w:type="dxa"/>
              <w:bottom w:w="100" w:type="dxa"/>
              <w:right w:w="120" w:type="dxa"/>
            </w:tcMar>
            <w:vAlign w:val="center"/>
          </w:tcPr>
          <w:p w14:paraId="29667B7B" w14:textId="42BB4825" w:rsidR="0091285B" w:rsidRPr="005124B9" w:rsidRDefault="005F5C62" w:rsidP="00700303">
            <w:pPr>
              <w:spacing w:after="0"/>
              <w:rPr>
                <w:sz w:val="22"/>
              </w:rPr>
            </w:pPr>
            <w:r w:rsidRPr="005124B9">
              <w:rPr>
                <w:b/>
                <w:color w:val="3C542C"/>
                <w:sz w:val="22"/>
              </w:rPr>
              <w:t>Invoice address</w:t>
            </w:r>
            <w:r w:rsidR="00F62872">
              <w:rPr>
                <w:b/>
                <w:color w:val="3C542C"/>
                <w:sz w:val="22"/>
              </w:rPr>
              <w:t>:</w:t>
            </w:r>
          </w:p>
        </w:tc>
        <w:tc>
          <w:tcPr>
            <w:tcW w:w="5083" w:type="dxa"/>
            <w:tcMar>
              <w:top w:w="100" w:type="dxa"/>
              <w:left w:w="120" w:type="dxa"/>
              <w:bottom w:w="100" w:type="dxa"/>
              <w:right w:w="120" w:type="dxa"/>
            </w:tcMar>
            <w:vAlign w:val="center"/>
          </w:tcPr>
          <w:p w14:paraId="5B9BE4F0" w14:textId="77777777" w:rsidR="0091285B" w:rsidRPr="005124B9" w:rsidRDefault="005F5C62" w:rsidP="00700303">
            <w:pPr>
              <w:spacing w:after="0"/>
              <w:rPr>
                <w:sz w:val="22"/>
              </w:rPr>
            </w:pPr>
            <w:r w:rsidRPr="005124B9">
              <w:rPr>
                <w:sz w:val="22"/>
              </w:rPr>
              <w:br/>
            </w:r>
          </w:p>
        </w:tc>
      </w:tr>
      <w:tr w:rsidR="0091285B" w:rsidRPr="005124B9" w14:paraId="032FA997" w14:textId="77777777" w:rsidTr="005124B9">
        <w:trPr>
          <w:trHeight w:val="567"/>
          <w:jc w:val="center"/>
        </w:trPr>
        <w:tc>
          <w:tcPr>
            <w:tcW w:w="5083" w:type="dxa"/>
            <w:shd w:val="clear" w:color="auto" w:fill="EAF2E4"/>
            <w:tcMar>
              <w:top w:w="100" w:type="dxa"/>
              <w:left w:w="120" w:type="dxa"/>
              <w:bottom w:w="100" w:type="dxa"/>
              <w:right w:w="120" w:type="dxa"/>
            </w:tcMar>
            <w:vAlign w:val="center"/>
          </w:tcPr>
          <w:p w14:paraId="5FCB3E33" w14:textId="25CB8EEE" w:rsidR="0091285B" w:rsidRPr="005124B9" w:rsidRDefault="005F5C62" w:rsidP="00700303">
            <w:pPr>
              <w:spacing w:after="0"/>
              <w:rPr>
                <w:sz w:val="22"/>
              </w:rPr>
            </w:pPr>
            <w:r w:rsidRPr="005124B9">
              <w:rPr>
                <w:b/>
                <w:color w:val="3C542C"/>
                <w:sz w:val="22"/>
              </w:rPr>
              <w:t>Invoice email</w:t>
            </w:r>
            <w:r w:rsidR="00F62872">
              <w:rPr>
                <w:b/>
                <w:color w:val="3C542C"/>
                <w:sz w:val="22"/>
              </w:rPr>
              <w:t>:</w:t>
            </w:r>
          </w:p>
        </w:tc>
        <w:tc>
          <w:tcPr>
            <w:tcW w:w="5083" w:type="dxa"/>
            <w:tcMar>
              <w:top w:w="100" w:type="dxa"/>
              <w:left w:w="120" w:type="dxa"/>
              <w:bottom w:w="100" w:type="dxa"/>
              <w:right w:w="120" w:type="dxa"/>
            </w:tcMar>
            <w:vAlign w:val="center"/>
          </w:tcPr>
          <w:p w14:paraId="131E0EEF" w14:textId="77777777" w:rsidR="0091285B" w:rsidRPr="005124B9" w:rsidRDefault="005F5C62" w:rsidP="00700303">
            <w:pPr>
              <w:spacing w:after="0"/>
              <w:rPr>
                <w:sz w:val="22"/>
              </w:rPr>
            </w:pPr>
            <w:r w:rsidRPr="005124B9">
              <w:rPr>
                <w:sz w:val="22"/>
              </w:rPr>
              <w:br/>
            </w:r>
          </w:p>
        </w:tc>
      </w:tr>
    </w:tbl>
    <w:p w14:paraId="5689B343" w14:textId="77777777" w:rsidR="0091285B" w:rsidRPr="005124B9" w:rsidRDefault="0091285B">
      <w:pPr>
        <w:spacing w:after="0"/>
        <w:rPr>
          <w:sz w:val="22"/>
        </w:rPr>
      </w:pPr>
    </w:p>
    <w:p w14:paraId="7BAEEE06" w14:textId="77777777" w:rsidR="0091285B" w:rsidRPr="00700303" w:rsidRDefault="005F5C62" w:rsidP="00700303">
      <w:pPr>
        <w:pStyle w:val="Heading2"/>
      </w:pPr>
      <w:r w:rsidRPr="00700303">
        <w:lastRenderedPageBreak/>
        <w:t>Final checklist</w:t>
      </w:r>
    </w:p>
    <w:p w14:paraId="00EE677A" w14:textId="4C2E9902" w:rsidR="0091285B" w:rsidRPr="005124B9" w:rsidRDefault="00E65AD2">
      <w:pPr>
        <w:ind w:left="216"/>
        <w:rPr>
          <w:sz w:val="22"/>
        </w:rPr>
      </w:pPr>
      <w:sdt>
        <w:sdtPr>
          <w:rPr>
            <w:sz w:val="22"/>
          </w:rPr>
          <w:id w:val="103314205"/>
          <w14:checkbox>
            <w14:checked w14:val="0"/>
            <w14:checkedState w14:val="00FC" w14:font="Wingdings"/>
            <w14:uncheckedState w14:val="2610" w14:font="MS Gothic"/>
          </w14:checkbox>
        </w:sdtPr>
        <w:sdtEndPr/>
        <w:sdtContent>
          <w:r w:rsidR="00694F1D">
            <w:rPr>
              <w:rFonts w:ascii="MS Gothic" w:eastAsia="MS Gothic" w:hAnsi="MS Gothic" w:hint="eastAsia"/>
              <w:sz w:val="22"/>
            </w:rPr>
            <w:t>☐</w:t>
          </w:r>
        </w:sdtContent>
      </w:sdt>
      <w:r w:rsidR="00CB2703" w:rsidRPr="005124B9">
        <w:rPr>
          <w:sz w:val="22"/>
        </w:rPr>
        <w:t xml:space="preserve"> </w:t>
      </w:r>
      <w:r w:rsidR="005F5C62" w:rsidRPr="005124B9">
        <w:rPr>
          <w:sz w:val="22"/>
        </w:rPr>
        <w:t>Parts A–D and F are complete.</w:t>
      </w:r>
    </w:p>
    <w:p w14:paraId="55045A35" w14:textId="6ECA692F" w:rsidR="0091285B" w:rsidRPr="005124B9" w:rsidRDefault="00E65AD2">
      <w:pPr>
        <w:ind w:left="216"/>
        <w:rPr>
          <w:sz w:val="22"/>
        </w:rPr>
      </w:pPr>
      <w:sdt>
        <w:sdtPr>
          <w:rPr>
            <w:sz w:val="22"/>
          </w:rPr>
          <w:id w:val="1666971902"/>
          <w14:checkbox>
            <w14:checked w14:val="0"/>
            <w14:checkedState w14:val="00FC" w14:font="Wingdings"/>
            <w14:uncheckedState w14:val="2610" w14:font="MS Gothic"/>
          </w14:checkbox>
        </w:sdtPr>
        <w:sdtEndPr/>
        <w:sdtContent>
          <w:r w:rsidR="00CB2703">
            <w:rPr>
              <w:rFonts w:ascii="MS Gothic" w:eastAsia="MS Gothic" w:hAnsi="MS Gothic" w:hint="eastAsia"/>
              <w:sz w:val="22"/>
            </w:rPr>
            <w:t>☐</w:t>
          </w:r>
        </w:sdtContent>
      </w:sdt>
      <w:r w:rsidR="00CB2703" w:rsidRPr="005124B9">
        <w:rPr>
          <w:sz w:val="22"/>
        </w:rPr>
        <w:t xml:space="preserve"> </w:t>
      </w:r>
      <w:r w:rsidR="005F5C62" w:rsidRPr="005124B9">
        <w:rPr>
          <w:sz w:val="22"/>
        </w:rPr>
        <w:t>At least one and no more than three contribution areas are completed, each within 500–750 words.</w:t>
      </w:r>
    </w:p>
    <w:p w14:paraId="23058783" w14:textId="4DBA2402" w:rsidR="0091285B" w:rsidRPr="005124B9" w:rsidRDefault="00E65AD2">
      <w:pPr>
        <w:ind w:left="216"/>
        <w:rPr>
          <w:sz w:val="22"/>
        </w:rPr>
      </w:pPr>
      <w:sdt>
        <w:sdtPr>
          <w:rPr>
            <w:sz w:val="22"/>
          </w:rPr>
          <w:id w:val="-865903088"/>
          <w14:checkbox>
            <w14:checked w14:val="0"/>
            <w14:checkedState w14:val="00FC" w14:font="Wingdings"/>
            <w14:uncheckedState w14:val="2610" w14:font="MS Gothic"/>
          </w14:checkbox>
        </w:sdtPr>
        <w:sdtEndPr/>
        <w:sdtContent>
          <w:r w:rsidR="00CB2703">
            <w:rPr>
              <w:rFonts w:ascii="MS Gothic" w:eastAsia="MS Gothic" w:hAnsi="MS Gothic" w:hint="eastAsia"/>
              <w:sz w:val="22"/>
            </w:rPr>
            <w:t>☐</w:t>
          </w:r>
        </w:sdtContent>
      </w:sdt>
      <w:r w:rsidR="00CB2703" w:rsidRPr="005124B9">
        <w:rPr>
          <w:sz w:val="22"/>
        </w:rPr>
        <w:t xml:space="preserve"> </w:t>
      </w:r>
      <w:r w:rsidR="005F5C62" w:rsidRPr="005124B9">
        <w:rPr>
          <w:sz w:val="22"/>
        </w:rPr>
        <w:t>A current detailed CV is attached.</w:t>
      </w:r>
    </w:p>
    <w:p w14:paraId="262C6CE1" w14:textId="67FB8BE3" w:rsidR="0091285B" w:rsidRPr="005124B9" w:rsidRDefault="00E65AD2">
      <w:pPr>
        <w:ind w:left="216"/>
        <w:rPr>
          <w:sz w:val="22"/>
        </w:rPr>
      </w:pPr>
      <w:sdt>
        <w:sdtPr>
          <w:rPr>
            <w:sz w:val="22"/>
          </w:rPr>
          <w:id w:val="-234396374"/>
          <w14:checkbox>
            <w14:checked w14:val="0"/>
            <w14:checkedState w14:val="00FC" w14:font="Wingdings"/>
            <w14:uncheckedState w14:val="2610" w14:font="MS Gothic"/>
          </w14:checkbox>
        </w:sdtPr>
        <w:sdtEndPr/>
        <w:sdtContent>
          <w:r w:rsidR="00CB2703">
            <w:rPr>
              <w:rFonts w:ascii="MS Gothic" w:eastAsia="MS Gothic" w:hAnsi="MS Gothic" w:hint="eastAsia"/>
              <w:sz w:val="22"/>
            </w:rPr>
            <w:t>☐</w:t>
          </w:r>
        </w:sdtContent>
      </w:sdt>
      <w:r w:rsidR="00CB2703" w:rsidRPr="005124B9">
        <w:rPr>
          <w:sz w:val="22"/>
        </w:rPr>
        <w:t xml:space="preserve"> </w:t>
      </w:r>
      <w:r w:rsidR="005F5C62" w:rsidRPr="005124B9">
        <w:rPr>
          <w:sz w:val="22"/>
        </w:rPr>
        <w:t>Supporting material is focused, indexed and cross-referenced.</w:t>
      </w:r>
    </w:p>
    <w:p w14:paraId="1159C7BC" w14:textId="50D7D426" w:rsidR="0091285B" w:rsidRPr="005124B9" w:rsidRDefault="00E65AD2">
      <w:pPr>
        <w:ind w:left="216"/>
        <w:rPr>
          <w:sz w:val="22"/>
        </w:rPr>
      </w:pPr>
      <w:sdt>
        <w:sdtPr>
          <w:rPr>
            <w:sz w:val="22"/>
          </w:rPr>
          <w:id w:val="1885604341"/>
          <w14:checkbox>
            <w14:checked w14:val="0"/>
            <w14:checkedState w14:val="00FC" w14:font="Wingdings"/>
            <w14:uncheckedState w14:val="2610" w14:font="MS Gothic"/>
          </w14:checkbox>
        </w:sdtPr>
        <w:sdtEndPr/>
        <w:sdtContent>
          <w:r w:rsidR="00CB2703">
            <w:rPr>
              <w:rFonts w:ascii="MS Gothic" w:eastAsia="MS Gothic" w:hAnsi="MS Gothic" w:hint="eastAsia"/>
              <w:sz w:val="22"/>
            </w:rPr>
            <w:t>☐</w:t>
          </w:r>
        </w:sdtContent>
      </w:sdt>
      <w:r w:rsidR="00CB2703" w:rsidRPr="005124B9">
        <w:rPr>
          <w:sz w:val="22"/>
        </w:rPr>
        <w:t xml:space="preserve"> </w:t>
      </w:r>
      <w:r w:rsidR="005F5C62" w:rsidRPr="005124B9">
        <w:rPr>
          <w:sz w:val="22"/>
        </w:rPr>
        <w:t>Both sponsors have read the full application.</w:t>
      </w:r>
    </w:p>
    <w:p w14:paraId="3C504287" w14:textId="74A5E2FF" w:rsidR="0091285B" w:rsidRPr="005124B9" w:rsidRDefault="00E65AD2">
      <w:pPr>
        <w:ind w:left="216"/>
        <w:rPr>
          <w:sz w:val="22"/>
        </w:rPr>
      </w:pPr>
      <w:sdt>
        <w:sdtPr>
          <w:rPr>
            <w:sz w:val="22"/>
          </w:rPr>
          <w:id w:val="98918419"/>
          <w14:checkbox>
            <w14:checked w14:val="0"/>
            <w14:checkedState w14:val="00FC" w14:font="Wingdings"/>
            <w14:uncheckedState w14:val="2610" w14:font="MS Gothic"/>
          </w14:checkbox>
        </w:sdtPr>
        <w:sdtEndPr/>
        <w:sdtContent>
          <w:r w:rsidR="00CB2703">
            <w:rPr>
              <w:rFonts w:ascii="MS Gothic" w:eastAsia="MS Gothic" w:hAnsi="MS Gothic" w:hint="eastAsia"/>
              <w:sz w:val="22"/>
            </w:rPr>
            <w:t>☐</w:t>
          </w:r>
        </w:sdtContent>
      </w:sdt>
      <w:r w:rsidR="00CB2703" w:rsidRPr="005124B9">
        <w:rPr>
          <w:sz w:val="22"/>
        </w:rPr>
        <w:t xml:space="preserve"> </w:t>
      </w:r>
      <w:r w:rsidR="005F5C62" w:rsidRPr="005124B9">
        <w:rPr>
          <w:sz w:val="22"/>
        </w:rPr>
        <w:t>The joint testimonial and both sponsor declarations are complete and signed.</w:t>
      </w:r>
    </w:p>
    <w:p w14:paraId="6E14F69A" w14:textId="4A5F3D4A" w:rsidR="0091285B" w:rsidRPr="005124B9" w:rsidRDefault="00E65AD2">
      <w:pPr>
        <w:ind w:left="216"/>
        <w:rPr>
          <w:sz w:val="22"/>
        </w:rPr>
      </w:pPr>
      <w:sdt>
        <w:sdtPr>
          <w:rPr>
            <w:sz w:val="22"/>
          </w:rPr>
          <w:id w:val="906264647"/>
          <w14:checkbox>
            <w14:checked w14:val="0"/>
            <w14:checkedState w14:val="00FC" w14:font="Wingdings"/>
            <w14:uncheckedState w14:val="2610" w14:font="MS Gothic"/>
          </w14:checkbox>
        </w:sdtPr>
        <w:sdtEndPr/>
        <w:sdtContent>
          <w:r w:rsidR="00CB2703">
            <w:rPr>
              <w:rFonts w:ascii="MS Gothic" w:eastAsia="MS Gothic" w:hAnsi="MS Gothic" w:hint="eastAsia"/>
              <w:sz w:val="22"/>
            </w:rPr>
            <w:t>☐</w:t>
          </w:r>
        </w:sdtContent>
      </w:sdt>
      <w:r w:rsidR="00CB2703" w:rsidRPr="005124B9">
        <w:rPr>
          <w:sz w:val="22"/>
        </w:rPr>
        <w:t xml:space="preserve"> </w:t>
      </w:r>
      <w:r w:rsidR="005F5C62" w:rsidRPr="005124B9">
        <w:rPr>
          <w:sz w:val="22"/>
        </w:rPr>
        <w:t>AI use has been declared by the applicant and sponsors.</w:t>
      </w:r>
    </w:p>
    <w:p w14:paraId="35456FAD" w14:textId="401F7FC7" w:rsidR="0091285B" w:rsidRPr="005124B9" w:rsidRDefault="00E65AD2">
      <w:pPr>
        <w:ind w:left="216"/>
        <w:rPr>
          <w:sz w:val="22"/>
        </w:rPr>
      </w:pPr>
      <w:sdt>
        <w:sdtPr>
          <w:rPr>
            <w:sz w:val="22"/>
          </w:rPr>
          <w:id w:val="-1722204461"/>
          <w14:checkbox>
            <w14:checked w14:val="0"/>
            <w14:checkedState w14:val="00FC" w14:font="Wingdings"/>
            <w14:uncheckedState w14:val="2610" w14:font="MS Gothic"/>
          </w14:checkbox>
        </w:sdtPr>
        <w:sdtEndPr/>
        <w:sdtContent>
          <w:r w:rsidR="00CB2703">
            <w:rPr>
              <w:rFonts w:ascii="MS Gothic" w:eastAsia="MS Gothic" w:hAnsi="MS Gothic" w:hint="eastAsia"/>
              <w:sz w:val="22"/>
            </w:rPr>
            <w:t>☐</w:t>
          </w:r>
        </w:sdtContent>
      </w:sdt>
      <w:r w:rsidR="00CB2703" w:rsidRPr="005124B9">
        <w:rPr>
          <w:sz w:val="22"/>
        </w:rPr>
        <w:t xml:space="preserve"> </w:t>
      </w:r>
      <w:r w:rsidR="005F5C62" w:rsidRPr="005124B9">
        <w:rPr>
          <w:sz w:val="22"/>
        </w:rPr>
        <w:t>Reasonable adjustments have been discussed with CIEEM where required.</w:t>
      </w:r>
    </w:p>
    <w:p w14:paraId="43DA11E5" w14:textId="5F55F7CD" w:rsidR="0091285B" w:rsidRDefault="00E65AD2">
      <w:pPr>
        <w:ind w:left="216"/>
        <w:rPr>
          <w:sz w:val="22"/>
        </w:rPr>
      </w:pPr>
      <w:sdt>
        <w:sdtPr>
          <w:rPr>
            <w:sz w:val="22"/>
          </w:rPr>
          <w:id w:val="652955158"/>
          <w14:checkbox>
            <w14:checked w14:val="0"/>
            <w14:checkedState w14:val="00FC" w14:font="Wingdings"/>
            <w14:uncheckedState w14:val="2610" w14:font="MS Gothic"/>
          </w14:checkbox>
        </w:sdtPr>
        <w:sdtEndPr/>
        <w:sdtContent>
          <w:r w:rsidR="00CB2703">
            <w:rPr>
              <w:rFonts w:ascii="MS Gothic" w:eastAsia="MS Gothic" w:hAnsi="MS Gothic" w:hint="eastAsia"/>
              <w:sz w:val="22"/>
            </w:rPr>
            <w:t>☐</w:t>
          </w:r>
        </w:sdtContent>
      </w:sdt>
      <w:r w:rsidR="00CB2703" w:rsidRPr="005124B9">
        <w:rPr>
          <w:sz w:val="22"/>
        </w:rPr>
        <w:t xml:space="preserve"> </w:t>
      </w:r>
      <w:r w:rsidR="005F5C62" w:rsidRPr="005124B9">
        <w:rPr>
          <w:sz w:val="22"/>
        </w:rPr>
        <w:t>Invoice information is complete.</w:t>
      </w:r>
    </w:p>
    <w:p w14:paraId="0ACCCD96" w14:textId="77777777" w:rsidR="005124B9" w:rsidRPr="005124B9" w:rsidRDefault="005124B9">
      <w:pPr>
        <w:ind w:left="216"/>
        <w:rPr>
          <w:sz w:val="22"/>
        </w:rPr>
      </w:pPr>
    </w:p>
    <w:tbl>
      <w:tblPr>
        <w:tblW w:w="0" w:type="auto"/>
        <w:jc w:val="center"/>
        <w:tblLook w:val="04A0" w:firstRow="1" w:lastRow="0" w:firstColumn="1" w:lastColumn="0" w:noHBand="0" w:noVBand="1"/>
      </w:tblPr>
      <w:tblGrid>
        <w:gridCol w:w="10166"/>
      </w:tblGrid>
      <w:tr w:rsidR="0091285B" w:rsidRPr="005124B9" w14:paraId="6EBEA36E" w14:textId="77777777">
        <w:trPr>
          <w:jc w:val="center"/>
        </w:trPr>
        <w:tc>
          <w:tcPr>
            <w:tcW w:w="10166" w:type="dxa"/>
            <w:shd w:val="clear" w:color="auto" w:fill="EAF2E4"/>
            <w:tcMar>
              <w:top w:w="140" w:type="dxa"/>
              <w:left w:w="160" w:type="dxa"/>
              <w:bottom w:w="140" w:type="dxa"/>
              <w:right w:w="160" w:type="dxa"/>
            </w:tcMar>
          </w:tcPr>
          <w:p w14:paraId="1FED5410" w14:textId="0CE9DEC7" w:rsidR="0091285B" w:rsidRPr="005124B9" w:rsidRDefault="005F5C62">
            <w:pPr>
              <w:rPr>
                <w:sz w:val="22"/>
              </w:rPr>
            </w:pPr>
            <w:r w:rsidRPr="005124B9">
              <w:rPr>
                <w:b/>
                <w:color w:val="3C542C"/>
                <w:sz w:val="22"/>
              </w:rPr>
              <w:t>Submit the complete application</w:t>
            </w:r>
            <w:r w:rsidRPr="005124B9">
              <w:rPr>
                <w:b/>
                <w:color w:val="3C542C"/>
                <w:sz w:val="22"/>
              </w:rPr>
              <w:br/>
            </w:r>
            <w:r w:rsidRPr="005124B9">
              <w:rPr>
                <w:sz w:val="22"/>
              </w:rPr>
              <w:t xml:space="preserve">Email this form and all attachments to </w:t>
            </w:r>
            <w:hyperlink r:id="rId10" w:history="1">
              <w:r w:rsidR="00CB2703" w:rsidRPr="007F0A98">
                <w:rPr>
                  <w:rStyle w:val="Hyperlink"/>
                  <w:sz w:val="22"/>
                </w:rPr>
                <w:t>membership@cieem.net</w:t>
              </w:r>
            </w:hyperlink>
            <w:r w:rsidR="00CB2703">
              <w:rPr>
                <w:sz w:val="22"/>
              </w:rPr>
              <w:t xml:space="preserve">. </w:t>
            </w:r>
            <w:r w:rsidRPr="005124B9">
              <w:rPr>
                <w:sz w:val="22"/>
              </w:rPr>
              <w:t>Keep a copy of everything submitted. The Membership team may return incomplete applications or request clarification.</w:t>
            </w:r>
          </w:p>
        </w:tc>
      </w:tr>
    </w:tbl>
    <w:p w14:paraId="2290A6F4" w14:textId="77777777" w:rsidR="0091285B" w:rsidRDefault="0091285B">
      <w:pPr>
        <w:spacing w:after="0"/>
      </w:pPr>
    </w:p>
    <w:p w14:paraId="62EA6BD9" w14:textId="77777777" w:rsidR="009934BA" w:rsidRDefault="009934BA" w:rsidP="009934BA">
      <w:pPr>
        <w:pStyle w:val="Heading2"/>
      </w:pPr>
      <w:r>
        <w:t>What happens after submission</w:t>
      </w:r>
    </w:p>
    <w:p w14:paraId="563857E5" w14:textId="1837780B" w:rsidR="009934BA" w:rsidRPr="00801E3B" w:rsidRDefault="009934BA" w:rsidP="00801E3B">
      <w:pPr>
        <w:pStyle w:val="ListParagraph"/>
        <w:numPr>
          <w:ilvl w:val="0"/>
          <w:numId w:val="19"/>
        </w:numPr>
        <w:ind w:left="426"/>
        <w:rPr>
          <w:sz w:val="22"/>
        </w:rPr>
      </w:pPr>
      <w:r w:rsidRPr="00801E3B">
        <w:rPr>
          <w:sz w:val="22"/>
        </w:rPr>
        <w:t>Administrative check: the Membership team checks eligibility and completeness and may return an incomplete form.</w:t>
      </w:r>
    </w:p>
    <w:p w14:paraId="4A90D3E4" w14:textId="4B8D873D" w:rsidR="009934BA" w:rsidRPr="00801E3B" w:rsidRDefault="009934BA" w:rsidP="00801E3B">
      <w:pPr>
        <w:pStyle w:val="ListParagraph"/>
        <w:numPr>
          <w:ilvl w:val="0"/>
          <w:numId w:val="19"/>
        </w:numPr>
        <w:ind w:left="426"/>
        <w:rPr>
          <w:sz w:val="22"/>
        </w:rPr>
      </w:pPr>
      <w:r w:rsidRPr="00801E3B">
        <w:rPr>
          <w:sz w:val="22"/>
        </w:rPr>
        <w:t>Independent assessment: three Fellows independently review the evidence against each selected area of contribution.</w:t>
      </w:r>
    </w:p>
    <w:p w14:paraId="311DBAA7" w14:textId="357C383D" w:rsidR="009934BA" w:rsidRPr="00801E3B" w:rsidRDefault="009934BA" w:rsidP="00801E3B">
      <w:pPr>
        <w:pStyle w:val="ListParagraph"/>
        <w:numPr>
          <w:ilvl w:val="0"/>
          <w:numId w:val="19"/>
        </w:numPr>
        <w:ind w:left="426"/>
        <w:rPr>
          <w:sz w:val="22"/>
        </w:rPr>
      </w:pPr>
      <w:r w:rsidRPr="00801E3B">
        <w:rPr>
          <w:sz w:val="22"/>
        </w:rPr>
        <w:t>Clarification where needed: CIEEM may seek further evidence or clarification. Where reasonable adjustment has been agreed, a professional discussion may form part of the assessment.</w:t>
      </w:r>
    </w:p>
    <w:p w14:paraId="5C8E76ED" w14:textId="03E822A9" w:rsidR="009934BA" w:rsidRPr="00801E3B" w:rsidRDefault="009934BA" w:rsidP="00801E3B">
      <w:pPr>
        <w:pStyle w:val="ListParagraph"/>
        <w:numPr>
          <w:ilvl w:val="0"/>
          <w:numId w:val="19"/>
        </w:numPr>
        <w:ind w:left="426"/>
        <w:rPr>
          <w:sz w:val="22"/>
        </w:rPr>
      </w:pPr>
      <w:r w:rsidRPr="00801E3B">
        <w:rPr>
          <w:sz w:val="22"/>
        </w:rPr>
        <w:t>Ratification: the assessment outcome is reviewed and ratified by the Chair of the Membership Admissions Committee (MAC).</w:t>
      </w:r>
    </w:p>
    <w:p w14:paraId="60754F44" w14:textId="632A76C3" w:rsidR="009934BA" w:rsidRPr="00801E3B" w:rsidRDefault="009934BA" w:rsidP="00801E3B">
      <w:pPr>
        <w:pStyle w:val="ListParagraph"/>
        <w:numPr>
          <w:ilvl w:val="0"/>
          <w:numId w:val="19"/>
        </w:numPr>
        <w:ind w:left="426"/>
        <w:rPr>
          <w:sz w:val="22"/>
        </w:rPr>
      </w:pPr>
      <w:r w:rsidRPr="00801E3B">
        <w:rPr>
          <w:sz w:val="22"/>
        </w:rPr>
        <w:t>Outcome: the applicant is notified and, if unsuccessful, receives feedback. New Fellowship awards are reported to the Governing Board.</w:t>
      </w:r>
    </w:p>
    <w:p w14:paraId="0F6ED67F" w14:textId="77E5B7D6" w:rsidR="009934BA" w:rsidRPr="00801E3B" w:rsidRDefault="009934BA" w:rsidP="00801E3B">
      <w:pPr>
        <w:pStyle w:val="ListParagraph"/>
        <w:numPr>
          <w:ilvl w:val="0"/>
          <w:numId w:val="19"/>
        </w:numPr>
        <w:ind w:left="426"/>
        <w:rPr>
          <w:sz w:val="22"/>
        </w:rPr>
      </w:pPr>
      <w:r w:rsidRPr="00801E3B">
        <w:rPr>
          <w:sz w:val="22"/>
        </w:rPr>
        <w:t>Confirmation: any required administration fee must be paid before Fellowship is confirmed. Successful applicants are contacted before any announcement.</w:t>
      </w:r>
    </w:p>
    <w:p w14:paraId="70E38175" w14:textId="77777777" w:rsidR="009934BA" w:rsidRDefault="009934BA">
      <w:pPr>
        <w:spacing w:after="0"/>
      </w:pPr>
    </w:p>
    <w:p w14:paraId="22619903" w14:textId="77777777" w:rsidR="0091285B" w:rsidRDefault="005F5C62">
      <w:r>
        <w:br w:type="page"/>
      </w:r>
    </w:p>
    <w:p w14:paraId="1537CEAD" w14:textId="77777777" w:rsidR="0091285B" w:rsidRDefault="005F5C62">
      <w:pPr>
        <w:pStyle w:val="Heading1"/>
      </w:pPr>
      <w:r>
        <w:lastRenderedPageBreak/>
        <w:t>Assessment, outcomes and appeals</w:t>
      </w:r>
    </w:p>
    <w:p w14:paraId="19007A5F" w14:textId="77777777" w:rsidR="0091285B" w:rsidRDefault="005F5C62">
      <w:pPr>
        <w:pStyle w:val="Heading2"/>
      </w:pPr>
      <w:r>
        <w:t>How the evidence is assessed</w:t>
      </w:r>
    </w:p>
    <w:p w14:paraId="426358D7" w14:textId="77777777" w:rsidR="0091285B" w:rsidRPr="00CB2703" w:rsidRDefault="005F5C62">
      <w:pPr>
        <w:rPr>
          <w:sz w:val="22"/>
        </w:rPr>
      </w:pPr>
      <w:r w:rsidRPr="00CB2703">
        <w:rPr>
          <w:sz w:val="22"/>
        </w:rPr>
        <w:t>Each selected area is considered independently by three Fellow reviewers. The assessment focuses on whether the evidence demonstrates a notable and lasting contribution in ecology and environmental management. Applicants do not need to evidence every area.</w:t>
      </w:r>
    </w:p>
    <w:tbl>
      <w:tblPr>
        <w:tblStyle w:val="TableGrid"/>
        <w:tblW w:w="0" w:type="auto"/>
        <w:jc w:val="center"/>
        <w:tblLook w:val="04A0" w:firstRow="1" w:lastRow="0" w:firstColumn="1" w:lastColumn="0" w:noHBand="0" w:noVBand="1"/>
      </w:tblPr>
      <w:tblGrid>
        <w:gridCol w:w="1701"/>
        <w:gridCol w:w="8465"/>
      </w:tblGrid>
      <w:tr w:rsidR="0091285B" w14:paraId="5B1DBB89" w14:textId="77777777" w:rsidTr="005040B3">
        <w:trPr>
          <w:jc w:val="center"/>
        </w:trPr>
        <w:tc>
          <w:tcPr>
            <w:tcW w:w="1701" w:type="dxa"/>
            <w:shd w:val="clear" w:color="auto" w:fill="3C542C"/>
            <w:tcMar>
              <w:top w:w="100" w:type="dxa"/>
              <w:left w:w="120" w:type="dxa"/>
              <w:bottom w:w="100" w:type="dxa"/>
              <w:right w:w="120" w:type="dxa"/>
            </w:tcMar>
            <w:vAlign w:val="center"/>
          </w:tcPr>
          <w:p w14:paraId="78541122" w14:textId="77777777" w:rsidR="0091285B" w:rsidRPr="00CB2703" w:rsidRDefault="005F5C62" w:rsidP="00CB2703">
            <w:pPr>
              <w:jc w:val="center"/>
              <w:rPr>
                <w:sz w:val="22"/>
              </w:rPr>
            </w:pPr>
            <w:r w:rsidRPr="00CB2703">
              <w:rPr>
                <w:b/>
                <w:color w:val="FFFFFF"/>
                <w:sz w:val="22"/>
              </w:rPr>
              <w:t>Assessment</w:t>
            </w:r>
          </w:p>
        </w:tc>
        <w:tc>
          <w:tcPr>
            <w:tcW w:w="8465" w:type="dxa"/>
            <w:shd w:val="clear" w:color="auto" w:fill="3C542C"/>
            <w:tcMar>
              <w:top w:w="100" w:type="dxa"/>
              <w:left w:w="120" w:type="dxa"/>
              <w:bottom w:w="100" w:type="dxa"/>
              <w:right w:w="120" w:type="dxa"/>
            </w:tcMar>
            <w:vAlign w:val="center"/>
          </w:tcPr>
          <w:p w14:paraId="4C224E2C" w14:textId="77777777" w:rsidR="0091285B" w:rsidRPr="00CB2703" w:rsidRDefault="005F5C62">
            <w:pPr>
              <w:rPr>
                <w:sz w:val="22"/>
              </w:rPr>
            </w:pPr>
            <w:r w:rsidRPr="00CB2703">
              <w:rPr>
                <w:b/>
                <w:color w:val="FFFFFF"/>
                <w:sz w:val="22"/>
              </w:rPr>
              <w:t>Meaning</w:t>
            </w:r>
          </w:p>
        </w:tc>
      </w:tr>
      <w:tr w:rsidR="0091285B" w14:paraId="5BE49977" w14:textId="77777777" w:rsidTr="005040B3">
        <w:trPr>
          <w:jc w:val="center"/>
        </w:trPr>
        <w:tc>
          <w:tcPr>
            <w:tcW w:w="1701" w:type="dxa"/>
            <w:shd w:val="clear" w:color="auto" w:fill="EAF2E4"/>
            <w:tcMar>
              <w:top w:w="100" w:type="dxa"/>
              <w:left w:w="120" w:type="dxa"/>
              <w:bottom w:w="100" w:type="dxa"/>
              <w:right w:w="120" w:type="dxa"/>
            </w:tcMar>
            <w:vAlign w:val="center"/>
          </w:tcPr>
          <w:p w14:paraId="1EB05089" w14:textId="77777777" w:rsidR="0091285B" w:rsidRPr="00CB2703" w:rsidRDefault="005F5C62" w:rsidP="00CB2703">
            <w:pPr>
              <w:jc w:val="center"/>
              <w:rPr>
                <w:sz w:val="22"/>
              </w:rPr>
            </w:pPr>
            <w:r w:rsidRPr="00CB2703">
              <w:rPr>
                <w:b/>
                <w:color w:val="3C542C"/>
                <w:sz w:val="22"/>
              </w:rPr>
              <w:t>2</w:t>
            </w:r>
          </w:p>
        </w:tc>
        <w:tc>
          <w:tcPr>
            <w:tcW w:w="8465" w:type="dxa"/>
            <w:tcMar>
              <w:top w:w="100" w:type="dxa"/>
              <w:left w:w="120" w:type="dxa"/>
              <w:bottom w:w="100" w:type="dxa"/>
              <w:right w:w="120" w:type="dxa"/>
            </w:tcMar>
            <w:vAlign w:val="center"/>
          </w:tcPr>
          <w:p w14:paraId="6D0E6278" w14:textId="77777777" w:rsidR="0091285B" w:rsidRPr="00CB2703" w:rsidRDefault="005F5C62">
            <w:pPr>
              <w:rPr>
                <w:sz w:val="22"/>
              </w:rPr>
            </w:pPr>
            <w:r w:rsidRPr="00CB2703">
              <w:rPr>
                <w:sz w:val="22"/>
              </w:rPr>
              <w:t>The response demonstrates that the applicant’s work meets or exceeds the definition of a notable and lasting contribution.</w:t>
            </w:r>
          </w:p>
        </w:tc>
      </w:tr>
      <w:tr w:rsidR="0091285B" w14:paraId="5F6AE2AB" w14:textId="77777777" w:rsidTr="005040B3">
        <w:trPr>
          <w:jc w:val="center"/>
        </w:trPr>
        <w:tc>
          <w:tcPr>
            <w:tcW w:w="1701" w:type="dxa"/>
            <w:shd w:val="clear" w:color="auto" w:fill="EAF2E4"/>
            <w:tcMar>
              <w:top w:w="100" w:type="dxa"/>
              <w:left w:w="120" w:type="dxa"/>
              <w:bottom w:w="100" w:type="dxa"/>
              <w:right w:w="120" w:type="dxa"/>
            </w:tcMar>
            <w:vAlign w:val="center"/>
          </w:tcPr>
          <w:p w14:paraId="6BE05E71" w14:textId="77777777" w:rsidR="0091285B" w:rsidRPr="00CB2703" w:rsidRDefault="005F5C62" w:rsidP="00CB2703">
            <w:pPr>
              <w:jc w:val="center"/>
              <w:rPr>
                <w:sz w:val="22"/>
              </w:rPr>
            </w:pPr>
            <w:r w:rsidRPr="00CB2703">
              <w:rPr>
                <w:b/>
                <w:color w:val="3C542C"/>
                <w:sz w:val="22"/>
              </w:rPr>
              <w:t>1</w:t>
            </w:r>
          </w:p>
        </w:tc>
        <w:tc>
          <w:tcPr>
            <w:tcW w:w="8465" w:type="dxa"/>
            <w:tcMar>
              <w:top w:w="100" w:type="dxa"/>
              <w:left w:w="120" w:type="dxa"/>
              <w:bottom w:w="100" w:type="dxa"/>
              <w:right w:w="120" w:type="dxa"/>
            </w:tcMar>
            <w:vAlign w:val="center"/>
          </w:tcPr>
          <w:p w14:paraId="19940AB1" w14:textId="77777777" w:rsidR="0091285B" w:rsidRPr="00CB2703" w:rsidRDefault="005F5C62">
            <w:pPr>
              <w:rPr>
                <w:sz w:val="22"/>
              </w:rPr>
            </w:pPr>
            <w:r w:rsidRPr="00CB2703">
              <w:rPr>
                <w:sz w:val="22"/>
              </w:rPr>
              <w:t>The response has considerable merit but does not yet demonstrate the full definition. Reviewers identify what additional information would be needed.</w:t>
            </w:r>
          </w:p>
        </w:tc>
      </w:tr>
      <w:tr w:rsidR="0091285B" w14:paraId="5768D124" w14:textId="77777777" w:rsidTr="005040B3">
        <w:trPr>
          <w:jc w:val="center"/>
        </w:trPr>
        <w:tc>
          <w:tcPr>
            <w:tcW w:w="1701" w:type="dxa"/>
            <w:shd w:val="clear" w:color="auto" w:fill="EAF2E4"/>
            <w:tcMar>
              <w:top w:w="100" w:type="dxa"/>
              <w:left w:w="120" w:type="dxa"/>
              <w:bottom w:w="100" w:type="dxa"/>
              <w:right w:w="120" w:type="dxa"/>
            </w:tcMar>
            <w:vAlign w:val="center"/>
          </w:tcPr>
          <w:p w14:paraId="2286A712" w14:textId="77777777" w:rsidR="0091285B" w:rsidRPr="00CB2703" w:rsidRDefault="005F5C62" w:rsidP="00CB2703">
            <w:pPr>
              <w:jc w:val="center"/>
              <w:rPr>
                <w:sz w:val="22"/>
              </w:rPr>
            </w:pPr>
            <w:r w:rsidRPr="00CB2703">
              <w:rPr>
                <w:b/>
                <w:color w:val="3C542C"/>
                <w:sz w:val="22"/>
              </w:rPr>
              <w:t>0</w:t>
            </w:r>
          </w:p>
        </w:tc>
        <w:tc>
          <w:tcPr>
            <w:tcW w:w="8465" w:type="dxa"/>
            <w:tcMar>
              <w:top w:w="100" w:type="dxa"/>
              <w:left w:w="120" w:type="dxa"/>
              <w:bottom w:w="100" w:type="dxa"/>
              <w:right w:w="120" w:type="dxa"/>
            </w:tcMar>
            <w:vAlign w:val="center"/>
          </w:tcPr>
          <w:p w14:paraId="22C41510" w14:textId="77777777" w:rsidR="0091285B" w:rsidRPr="00CB2703" w:rsidRDefault="005F5C62">
            <w:pPr>
              <w:rPr>
                <w:sz w:val="22"/>
              </w:rPr>
            </w:pPr>
            <w:r w:rsidRPr="00CB2703">
              <w:rPr>
                <w:sz w:val="22"/>
              </w:rPr>
              <w:t>The response does not evidence a notable and lasting contribution in a meaningful way.</w:t>
            </w:r>
          </w:p>
        </w:tc>
      </w:tr>
      <w:tr w:rsidR="0091285B" w14:paraId="4DAC3D0A" w14:textId="77777777" w:rsidTr="005040B3">
        <w:trPr>
          <w:jc w:val="center"/>
        </w:trPr>
        <w:tc>
          <w:tcPr>
            <w:tcW w:w="1701" w:type="dxa"/>
            <w:shd w:val="clear" w:color="auto" w:fill="EAF2E4"/>
            <w:tcMar>
              <w:top w:w="100" w:type="dxa"/>
              <w:left w:w="120" w:type="dxa"/>
              <w:bottom w:w="100" w:type="dxa"/>
              <w:right w:w="120" w:type="dxa"/>
            </w:tcMar>
            <w:vAlign w:val="center"/>
          </w:tcPr>
          <w:p w14:paraId="6B2C331C" w14:textId="77777777" w:rsidR="0091285B" w:rsidRPr="00CB2703" w:rsidRDefault="005F5C62" w:rsidP="00CB2703">
            <w:pPr>
              <w:jc w:val="center"/>
              <w:rPr>
                <w:sz w:val="22"/>
              </w:rPr>
            </w:pPr>
            <w:r w:rsidRPr="00CB2703">
              <w:rPr>
                <w:b/>
                <w:color w:val="3C542C"/>
                <w:sz w:val="22"/>
              </w:rPr>
              <w:t>R • Referral</w:t>
            </w:r>
          </w:p>
        </w:tc>
        <w:tc>
          <w:tcPr>
            <w:tcW w:w="8465" w:type="dxa"/>
            <w:tcMar>
              <w:top w:w="100" w:type="dxa"/>
              <w:left w:w="120" w:type="dxa"/>
              <w:bottom w:w="100" w:type="dxa"/>
              <w:right w:w="120" w:type="dxa"/>
            </w:tcMar>
            <w:vAlign w:val="center"/>
          </w:tcPr>
          <w:p w14:paraId="19B19BA1" w14:textId="77777777" w:rsidR="0091285B" w:rsidRPr="00CB2703" w:rsidRDefault="005F5C62">
            <w:pPr>
              <w:rPr>
                <w:sz w:val="22"/>
              </w:rPr>
            </w:pPr>
            <w:r w:rsidRPr="00CB2703">
              <w:rPr>
                <w:sz w:val="22"/>
              </w:rPr>
              <w:t>The response raises significant concerns about suitability for Fellowship. The concern must be explained and considered by the Head of Membership and Chair of MAC.</w:t>
            </w:r>
          </w:p>
        </w:tc>
      </w:tr>
    </w:tbl>
    <w:p w14:paraId="63AE8265" w14:textId="4A72658F" w:rsidR="0091285B" w:rsidRPr="00CB2703" w:rsidRDefault="005040B3">
      <w:pPr>
        <w:rPr>
          <w:sz w:val="22"/>
        </w:rPr>
      </w:pPr>
      <w:r>
        <w:rPr>
          <w:sz w:val="22"/>
        </w:rPr>
        <w:br/>
      </w:r>
      <w:r w:rsidR="005F5C62" w:rsidRPr="00CB2703">
        <w:rPr>
          <w:sz w:val="22"/>
        </w:rPr>
        <w:t xml:space="preserve">A majority score of 2 in at least one area is sufficient for a recommendation to award Fellowship, provided no Referral score is received. A score of 0 in another area does not by itself cause failure. Where the highest outcome is a majority score of 1, the applicant should receive feedback and an opportunity to provide </w:t>
      </w:r>
      <w:r w:rsidR="00D93074">
        <w:rPr>
          <w:sz w:val="22"/>
        </w:rPr>
        <w:t xml:space="preserve">the </w:t>
      </w:r>
      <w:r w:rsidR="00D93074" w:rsidRPr="00CB2703">
        <w:rPr>
          <w:sz w:val="22"/>
        </w:rPr>
        <w:t>additional</w:t>
      </w:r>
      <w:r w:rsidR="005F5C62" w:rsidRPr="00CB2703">
        <w:rPr>
          <w:sz w:val="22"/>
        </w:rPr>
        <w:t xml:space="preserve"> information </w:t>
      </w:r>
      <w:r w:rsidR="00D93074">
        <w:rPr>
          <w:sz w:val="22"/>
        </w:rPr>
        <w:t>requested</w:t>
      </w:r>
      <w:r w:rsidR="005F5C62" w:rsidRPr="00CB2703">
        <w:rPr>
          <w:sz w:val="22"/>
        </w:rPr>
        <w:t xml:space="preserve"> by reviewers.</w:t>
      </w:r>
    </w:p>
    <w:p w14:paraId="38CD4DC2" w14:textId="77777777" w:rsidR="0091285B" w:rsidRDefault="005F5C62">
      <w:pPr>
        <w:pStyle w:val="Heading2"/>
      </w:pPr>
      <w:r>
        <w:t>Possible outcomes</w:t>
      </w:r>
    </w:p>
    <w:p w14:paraId="372CE8FD" w14:textId="7C0C7974" w:rsidR="0091285B" w:rsidRPr="00CB2703" w:rsidRDefault="005F5C62" w:rsidP="00140CCD">
      <w:pPr>
        <w:pStyle w:val="ListBullet"/>
        <w:numPr>
          <w:ilvl w:val="0"/>
          <w:numId w:val="17"/>
        </w:numPr>
        <w:rPr>
          <w:sz w:val="22"/>
        </w:rPr>
      </w:pPr>
      <w:proofErr w:type="gramStart"/>
      <w:r w:rsidRPr="00CB2703">
        <w:rPr>
          <w:sz w:val="22"/>
        </w:rPr>
        <w:t xml:space="preserve">Award </w:t>
      </w:r>
      <w:r w:rsidR="00D93074">
        <w:rPr>
          <w:sz w:val="22"/>
        </w:rPr>
        <w:t>i</w:t>
      </w:r>
      <w:r w:rsidR="00D93074" w:rsidRPr="00CB2703">
        <w:rPr>
          <w:sz w:val="22"/>
        </w:rPr>
        <w:t>s</w:t>
      </w:r>
      <w:proofErr w:type="gramEnd"/>
      <w:r w:rsidR="00D93074" w:rsidRPr="00CB2703">
        <w:rPr>
          <w:sz w:val="22"/>
        </w:rPr>
        <w:t xml:space="preserve"> recommended</w:t>
      </w:r>
      <w:r w:rsidRPr="00CB2703">
        <w:rPr>
          <w:sz w:val="22"/>
        </w:rPr>
        <w:t xml:space="preserve"> and ratified.</w:t>
      </w:r>
    </w:p>
    <w:p w14:paraId="50F2FFC3" w14:textId="77777777" w:rsidR="0091285B" w:rsidRPr="00CB2703" w:rsidRDefault="005F5C62" w:rsidP="00140CCD">
      <w:pPr>
        <w:pStyle w:val="ListBullet"/>
        <w:numPr>
          <w:ilvl w:val="0"/>
          <w:numId w:val="17"/>
        </w:numPr>
        <w:rPr>
          <w:sz w:val="22"/>
        </w:rPr>
      </w:pPr>
      <w:r w:rsidRPr="00CB2703">
        <w:rPr>
          <w:sz w:val="22"/>
        </w:rPr>
        <w:t>Further information or clarification requested.</w:t>
      </w:r>
    </w:p>
    <w:p w14:paraId="154AAB1E" w14:textId="3012E7D2" w:rsidR="0091285B" w:rsidRPr="00CB2703" w:rsidRDefault="005F5C62" w:rsidP="00140CCD">
      <w:pPr>
        <w:pStyle w:val="ListBullet"/>
        <w:numPr>
          <w:ilvl w:val="0"/>
          <w:numId w:val="17"/>
        </w:numPr>
        <w:rPr>
          <w:sz w:val="22"/>
        </w:rPr>
      </w:pPr>
      <w:r w:rsidRPr="00CB2703">
        <w:rPr>
          <w:sz w:val="22"/>
        </w:rPr>
        <w:t xml:space="preserve">Application </w:t>
      </w:r>
      <w:r w:rsidR="00D93074">
        <w:rPr>
          <w:sz w:val="22"/>
        </w:rPr>
        <w:t xml:space="preserve">is </w:t>
      </w:r>
      <w:r w:rsidRPr="00CB2703">
        <w:rPr>
          <w:sz w:val="22"/>
        </w:rPr>
        <w:t>not successful, with feedback. An unsuccessful or premature application does not prevent a later application when clearer evidence is available.</w:t>
      </w:r>
    </w:p>
    <w:p w14:paraId="6C93581E" w14:textId="77777777" w:rsidR="0091285B" w:rsidRPr="00CB2703" w:rsidRDefault="005F5C62" w:rsidP="00140CCD">
      <w:pPr>
        <w:pStyle w:val="ListBullet"/>
        <w:numPr>
          <w:ilvl w:val="0"/>
          <w:numId w:val="17"/>
        </w:numPr>
        <w:rPr>
          <w:sz w:val="22"/>
        </w:rPr>
      </w:pPr>
      <w:r w:rsidRPr="00CB2703">
        <w:rPr>
          <w:sz w:val="22"/>
        </w:rPr>
        <w:t>Referral concern considered under the appropriate CIEEM process.</w:t>
      </w:r>
    </w:p>
    <w:p w14:paraId="6BA855E8" w14:textId="77777777" w:rsidR="0091285B" w:rsidRDefault="005F5C62">
      <w:pPr>
        <w:pStyle w:val="Heading2"/>
      </w:pPr>
      <w:r>
        <w:t>Appeals</w:t>
      </w:r>
    </w:p>
    <w:p w14:paraId="33F48B69" w14:textId="77777777" w:rsidR="0091285B" w:rsidRPr="00CB2703" w:rsidRDefault="005F5C62">
      <w:pPr>
        <w:rPr>
          <w:sz w:val="22"/>
        </w:rPr>
      </w:pPr>
      <w:r w:rsidRPr="00CB2703">
        <w:rPr>
          <w:sz w:val="22"/>
        </w:rPr>
        <w:t>An unsuccessful applicant may appeal where there is sufficient evidence of either a failure of process or an unfair decision. An appeal is not a further opportunity simply to submit a stronger application or disagree with the professional judgement of reviewers.</w:t>
      </w:r>
    </w:p>
    <w:p w14:paraId="479504CD" w14:textId="087C0A01" w:rsidR="0091285B" w:rsidRPr="00D93074" w:rsidRDefault="005F5C62" w:rsidP="00D93074">
      <w:pPr>
        <w:pStyle w:val="ListParagraph"/>
        <w:numPr>
          <w:ilvl w:val="0"/>
          <w:numId w:val="14"/>
        </w:numPr>
        <w:ind w:left="426"/>
        <w:rPr>
          <w:sz w:val="22"/>
        </w:rPr>
      </w:pPr>
      <w:r w:rsidRPr="00D93074">
        <w:rPr>
          <w:sz w:val="22"/>
        </w:rPr>
        <w:t>Lodge the appeal in writing with the Secretariat within 30 days of notification. Clearly state the permitted ground or grounds and provide supporting evidence.</w:t>
      </w:r>
    </w:p>
    <w:p w14:paraId="3AE5F527" w14:textId="28E36DB0" w:rsidR="0091285B" w:rsidRPr="00D93074" w:rsidRDefault="005F5C62" w:rsidP="00D93074">
      <w:pPr>
        <w:pStyle w:val="ListParagraph"/>
        <w:numPr>
          <w:ilvl w:val="0"/>
          <w:numId w:val="14"/>
        </w:numPr>
        <w:ind w:left="426"/>
        <w:rPr>
          <w:sz w:val="22"/>
        </w:rPr>
      </w:pPr>
      <w:r w:rsidRPr="00D93074">
        <w:rPr>
          <w:sz w:val="22"/>
        </w:rPr>
        <w:t xml:space="preserve">Pay the applicable appeal administration fee. </w:t>
      </w:r>
      <w:r w:rsidR="00D93074">
        <w:rPr>
          <w:sz w:val="22"/>
        </w:rPr>
        <w:t>This</w:t>
      </w:r>
      <w:r w:rsidRPr="00D93074">
        <w:rPr>
          <w:sz w:val="22"/>
        </w:rPr>
        <w:t xml:space="preserve"> is refunded if the appeal is upheld.</w:t>
      </w:r>
    </w:p>
    <w:p w14:paraId="22FABA5A" w14:textId="314D5508" w:rsidR="0091285B" w:rsidRPr="00D93074" w:rsidRDefault="005F5C62" w:rsidP="00D93074">
      <w:pPr>
        <w:pStyle w:val="ListParagraph"/>
        <w:numPr>
          <w:ilvl w:val="0"/>
          <w:numId w:val="14"/>
        </w:numPr>
        <w:ind w:left="426"/>
        <w:rPr>
          <w:sz w:val="22"/>
        </w:rPr>
      </w:pPr>
      <w:r w:rsidRPr="00D93074">
        <w:rPr>
          <w:sz w:val="22"/>
        </w:rPr>
        <w:t>The Membership Manager or Head of Membership decides whether sufficient evidence has been presented to justify investigation.</w:t>
      </w:r>
    </w:p>
    <w:p w14:paraId="07CBD8BA" w14:textId="752A1643" w:rsidR="0091285B" w:rsidRPr="00D93074" w:rsidRDefault="005F5C62" w:rsidP="00D93074">
      <w:pPr>
        <w:pStyle w:val="ListParagraph"/>
        <w:numPr>
          <w:ilvl w:val="0"/>
          <w:numId w:val="14"/>
        </w:numPr>
        <w:ind w:left="426"/>
        <w:rPr>
          <w:sz w:val="22"/>
        </w:rPr>
      </w:pPr>
      <w:r w:rsidRPr="00D93074">
        <w:rPr>
          <w:sz w:val="22"/>
        </w:rPr>
        <w:t>If it proceeds, the original application and appeal evidence are considered by a new panel of three Fellows who were not part of the original assessment.</w:t>
      </w:r>
    </w:p>
    <w:p w14:paraId="32461CBB" w14:textId="2006ACAC" w:rsidR="0091285B" w:rsidRPr="00D93074" w:rsidRDefault="005F5C62" w:rsidP="00D93074">
      <w:pPr>
        <w:pStyle w:val="ListParagraph"/>
        <w:numPr>
          <w:ilvl w:val="0"/>
          <w:numId w:val="14"/>
        </w:numPr>
        <w:ind w:left="426"/>
        <w:rPr>
          <w:sz w:val="22"/>
        </w:rPr>
      </w:pPr>
      <w:r w:rsidRPr="00D93074">
        <w:rPr>
          <w:sz w:val="22"/>
        </w:rPr>
        <w:t>The outcome of the</w:t>
      </w:r>
      <w:r w:rsidR="00D93074">
        <w:rPr>
          <w:sz w:val="22"/>
        </w:rPr>
        <w:t>ir</w:t>
      </w:r>
      <w:r w:rsidRPr="00D93074">
        <w:rPr>
          <w:sz w:val="22"/>
        </w:rPr>
        <w:t xml:space="preserve"> review is final.</w:t>
      </w:r>
    </w:p>
    <w:p w14:paraId="43409EB4" w14:textId="7B88CF33" w:rsidR="00972B73" w:rsidRPr="006F177D" w:rsidRDefault="00972B73" w:rsidP="006F177D">
      <w:pPr>
        <w:pStyle w:val="Heading2"/>
      </w:pPr>
      <w:r w:rsidRPr="006F177D">
        <w:lastRenderedPageBreak/>
        <w:t>Retirement from Fellowship</w:t>
      </w:r>
    </w:p>
    <w:p w14:paraId="01B24DC5" w14:textId="77777777" w:rsidR="006F177D" w:rsidRPr="006F177D" w:rsidRDefault="006F177D" w:rsidP="006F177D">
      <w:pPr>
        <w:rPr>
          <w:rFonts w:cs="Calibri Light"/>
          <w:sz w:val="22"/>
        </w:rPr>
      </w:pPr>
      <w:r w:rsidRPr="006F177D">
        <w:rPr>
          <w:rFonts w:cs="Calibri Light"/>
          <w:sz w:val="22"/>
        </w:rPr>
        <w:t xml:space="preserve">At some point, Fellows may wish to retire, or partly retire, from practice and/or from an active role in CIEEM. The Fellow may at that stage: </w:t>
      </w:r>
    </w:p>
    <w:p w14:paraId="292E3C1C" w14:textId="5B4FCAF8" w:rsidR="006F177D" w:rsidRPr="006F177D" w:rsidRDefault="006F177D" w:rsidP="006F177D">
      <w:pPr>
        <w:numPr>
          <w:ilvl w:val="0"/>
          <w:numId w:val="11"/>
        </w:numPr>
        <w:spacing w:after="0" w:line="240" w:lineRule="auto"/>
        <w:ind w:left="709" w:hanging="283"/>
        <w:rPr>
          <w:rFonts w:cs="Calibri Light"/>
          <w:sz w:val="22"/>
        </w:rPr>
      </w:pPr>
      <w:r w:rsidRPr="006F177D">
        <w:rPr>
          <w:rFonts w:cs="Calibri Light"/>
          <w:sz w:val="22"/>
        </w:rPr>
        <w:t>resign from Fellowship and play no further part in the profession or CIEEM activities; or</w:t>
      </w:r>
      <w:r>
        <w:rPr>
          <w:rFonts w:cs="Calibri Light"/>
          <w:sz w:val="22"/>
        </w:rPr>
        <w:br/>
      </w:r>
    </w:p>
    <w:p w14:paraId="3371BED5" w14:textId="1F2A7C44" w:rsidR="006F177D" w:rsidRPr="006F177D" w:rsidRDefault="006F177D" w:rsidP="006F177D">
      <w:pPr>
        <w:numPr>
          <w:ilvl w:val="0"/>
          <w:numId w:val="11"/>
        </w:numPr>
        <w:spacing w:after="0" w:line="240" w:lineRule="auto"/>
        <w:ind w:left="709" w:hanging="283"/>
        <w:rPr>
          <w:rFonts w:cs="Calibri Light"/>
          <w:sz w:val="22"/>
        </w:rPr>
      </w:pPr>
      <w:r w:rsidRPr="006F177D">
        <w:rPr>
          <w:rFonts w:cs="Calibri Light"/>
          <w:sz w:val="22"/>
        </w:rPr>
        <w:t>request a transfer to the Retired Fellows category of membership, whereupon a reduced subscription, similar to that of a Retired member will be applicable, and the Fellow will be able to retain the status and initials of FCIEEM(rtd), but will not be expected to contribute to the work of CIEEM, although they would be very welcome to do so if they wish; or</w:t>
      </w:r>
      <w:r>
        <w:rPr>
          <w:rFonts w:cs="Calibri Light"/>
          <w:sz w:val="22"/>
        </w:rPr>
        <w:br/>
      </w:r>
    </w:p>
    <w:p w14:paraId="3D818828" w14:textId="77777777" w:rsidR="006F177D" w:rsidRPr="006F177D" w:rsidRDefault="006F177D" w:rsidP="006F177D">
      <w:pPr>
        <w:numPr>
          <w:ilvl w:val="0"/>
          <w:numId w:val="11"/>
        </w:numPr>
        <w:spacing w:after="0" w:line="240" w:lineRule="auto"/>
        <w:ind w:left="709" w:hanging="283"/>
        <w:rPr>
          <w:rFonts w:cs="Calibri Light"/>
          <w:sz w:val="22"/>
          <w:lang w:val="en-GB"/>
        </w:rPr>
      </w:pPr>
      <w:r w:rsidRPr="006F177D">
        <w:rPr>
          <w:rFonts w:cs="Calibri Light"/>
          <w:sz w:val="22"/>
        </w:rPr>
        <w:t>continue to pay a full subscription, retain the status and initials of FCIEEM, but if they no longer wish to be called upon to fulfil the role of a Fellow, in their (partial) retirement, they may ask the Secretariat to record this.</w:t>
      </w:r>
    </w:p>
    <w:p w14:paraId="45A62517" w14:textId="77777777" w:rsidR="00972B73" w:rsidRDefault="00972B73"/>
    <w:tbl>
      <w:tblPr>
        <w:tblW w:w="0" w:type="auto"/>
        <w:jc w:val="center"/>
        <w:tblLook w:val="04A0" w:firstRow="1" w:lastRow="0" w:firstColumn="1" w:lastColumn="0" w:noHBand="0" w:noVBand="1"/>
      </w:tblPr>
      <w:tblGrid>
        <w:gridCol w:w="10166"/>
      </w:tblGrid>
      <w:tr w:rsidR="0091285B" w14:paraId="27D8B37E" w14:textId="77777777">
        <w:trPr>
          <w:jc w:val="center"/>
        </w:trPr>
        <w:tc>
          <w:tcPr>
            <w:tcW w:w="10166" w:type="dxa"/>
            <w:shd w:val="clear" w:color="auto" w:fill="E7EFF7"/>
            <w:tcMar>
              <w:top w:w="140" w:type="dxa"/>
              <w:left w:w="160" w:type="dxa"/>
              <w:bottom w:w="140" w:type="dxa"/>
              <w:right w:w="160" w:type="dxa"/>
            </w:tcMar>
          </w:tcPr>
          <w:p w14:paraId="46C8FE83" w14:textId="7D8316B3" w:rsidR="0091285B" w:rsidRPr="006F177D" w:rsidRDefault="005F5C62">
            <w:pPr>
              <w:rPr>
                <w:sz w:val="22"/>
              </w:rPr>
            </w:pPr>
            <w:r w:rsidRPr="006F177D">
              <w:rPr>
                <w:b/>
                <w:color w:val="3C542C"/>
                <w:sz w:val="22"/>
              </w:rPr>
              <w:t>Need help?</w:t>
            </w:r>
            <w:r w:rsidRPr="006F177D">
              <w:rPr>
                <w:b/>
                <w:color w:val="3C542C"/>
                <w:sz w:val="22"/>
              </w:rPr>
              <w:br/>
            </w:r>
            <w:r w:rsidRPr="006F177D">
              <w:rPr>
                <w:sz w:val="22"/>
              </w:rPr>
              <w:t xml:space="preserve">Contact the Membership team at </w:t>
            </w:r>
            <w:hyperlink r:id="rId11" w:history="1">
              <w:r w:rsidR="006F177D" w:rsidRPr="00A2429F">
                <w:rPr>
                  <w:rStyle w:val="Hyperlink"/>
                  <w:sz w:val="22"/>
                </w:rPr>
                <w:t>membership@cieem.net</w:t>
              </w:r>
            </w:hyperlink>
            <w:r w:rsidR="006F177D">
              <w:rPr>
                <w:sz w:val="22"/>
              </w:rPr>
              <w:t xml:space="preserve"> </w:t>
            </w:r>
            <w:r w:rsidRPr="006F177D">
              <w:rPr>
                <w:sz w:val="22"/>
              </w:rPr>
              <w:t>or 01962 868626 before submission if any instruction is unclear or if an adjustment is required.</w:t>
            </w:r>
          </w:p>
        </w:tc>
      </w:tr>
    </w:tbl>
    <w:p w14:paraId="3F6AC2B0" w14:textId="77777777" w:rsidR="0091285B" w:rsidRDefault="0091285B">
      <w:pPr>
        <w:spacing w:after="0"/>
      </w:pPr>
    </w:p>
    <w:sectPr w:rsidR="0091285B" w:rsidSect="00034616">
      <w:headerReference w:type="default" r:id="rId12"/>
      <w:footerReference w:type="default" r:id="rId13"/>
      <w:pgSz w:w="12240" w:h="15840"/>
      <w:pgMar w:top="936" w:right="1037" w:bottom="936" w:left="1037" w:header="36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AE007" w14:textId="77777777" w:rsidR="00E65AD2" w:rsidRDefault="00E65AD2">
      <w:pPr>
        <w:spacing w:after="0" w:line="240" w:lineRule="auto"/>
      </w:pPr>
      <w:r>
        <w:separator/>
      </w:r>
    </w:p>
  </w:endnote>
  <w:endnote w:type="continuationSeparator" w:id="0">
    <w:p w14:paraId="41E4CB01" w14:textId="77777777" w:rsidR="00E65AD2" w:rsidRDefault="00E65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D6E6A" w14:textId="392570B5" w:rsidR="0091285B" w:rsidRDefault="005F5C62">
    <w:pPr>
      <w:pStyle w:val="Footer"/>
      <w:jc w:val="center"/>
    </w:pPr>
    <w:r>
      <w:rPr>
        <w:color w:val="666666"/>
        <w:sz w:val="16"/>
      </w:rPr>
      <w:t xml:space="preserve">Version </w:t>
    </w:r>
    <w:r w:rsidR="004301DF">
      <w:rPr>
        <w:color w:val="666666"/>
        <w:sz w:val="16"/>
      </w:rPr>
      <w:t>1</w:t>
    </w:r>
    <w:r>
      <w:rPr>
        <w:color w:val="666666"/>
        <w:sz w:val="16"/>
      </w:rPr>
      <w:t xml:space="preserve"> • </w:t>
    </w:r>
    <w:r w:rsidR="004301DF">
      <w:rPr>
        <w:color w:val="666666"/>
        <w:sz w:val="16"/>
      </w:rPr>
      <w:t xml:space="preserve">August </w:t>
    </w:r>
    <w:r>
      <w:rPr>
        <w:color w:val="666666"/>
        <w:sz w:val="16"/>
      </w:rPr>
      <w:t xml:space="preserve">2026  |  Page </w:t>
    </w:r>
    <w:r>
      <w:fldChar w:fldCharType="begin"/>
    </w:r>
    <w:r>
      <w:instrText>PAGE</w:instrText>
    </w:r>
    <w:r>
      <w:fldChar w:fldCharType="separate"/>
    </w:r>
    <w:r w:rsidR="00712D7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3ECC7" w14:textId="77777777" w:rsidR="00E65AD2" w:rsidRDefault="00E65AD2">
      <w:pPr>
        <w:spacing w:after="0" w:line="240" w:lineRule="auto"/>
      </w:pPr>
      <w:r>
        <w:separator/>
      </w:r>
    </w:p>
  </w:footnote>
  <w:footnote w:type="continuationSeparator" w:id="0">
    <w:p w14:paraId="05B72444" w14:textId="77777777" w:rsidR="00E65AD2" w:rsidRDefault="00E65A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412B" w14:textId="77777777" w:rsidR="0091285B" w:rsidRDefault="005F5C62">
    <w:pPr>
      <w:pStyle w:val="Header"/>
      <w:jc w:val="right"/>
    </w:pPr>
    <w:r>
      <w:rPr>
        <w:color w:val="5E8C48"/>
      </w:rPr>
      <w:t>CIEEM  |  Fellowship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A93AEF"/>
    <w:multiLevelType w:val="hybridMultilevel"/>
    <w:tmpl w:val="23CCB6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B8B34AF"/>
    <w:multiLevelType w:val="hybridMultilevel"/>
    <w:tmpl w:val="4176BBCA"/>
    <w:lvl w:ilvl="0" w:tplc="DEF29520">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222301"/>
    <w:multiLevelType w:val="hybridMultilevel"/>
    <w:tmpl w:val="29AAAE5C"/>
    <w:lvl w:ilvl="0" w:tplc="08090015">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1414AA9"/>
    <w:multiLevelType w:val="hybridMultilevel"/>
    <w:tmpl w:val="F864A9C4"/>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3C00079"/>
    <w:multiLevelType w:val="hybridMultilevel"/>
    <w:tmpl w:val="B27005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0E1613"/>
    <w:multiLevelType w:val="hybridMultilevel"/>
    <w:tmpl w:val="30767790"/>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15" w15:restartNumberingAfterBreak="0">
    <w:nsid w:val="3E783353"/>
    <w:multiLevelType w:val="hybridMultilevel"/>
    <w:tmpl w:val="FAC85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4E54F9"/>
    <w:multiLevelType w:val="hybridMultilevel"/>
    <w:tmpl w:val="3EFE04F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A41C43"/>
    <w:multiLevelType w:val="hybridMultilevel"/>
    <w:tmpl w:val="162CFAB8"/>
    <w:lvl w:ilvl="0" w:tplc="FE9428DE">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67138D"/>
    <w:multiLevelType w:val="hybridMultilevel"/>
    <w:tmpl w:val="67BADE8E"/>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num w:numId="1" w16cid:durableId="1504512416">
    <w:abstractNumId w:val="8"/>
  </w:num>
  <w:num w:numId="2" w16cid:durableId="1207832904">
    <w:abstractNumId w:val="6"/>
  </w:num>
  <w:num w:numId="3" w16cid:durableId="1717201580">
    <w:abstractNumId w:val="5"/>
  </w:num>
  <w:num w:numId="4" w16cid:durableId="1945841318">
    <w:abstractNumId w:val="4"/>
  </w:num>
  <w:num w:numId="5" w16cid:durableId="1243947750">
    <w:abstractNumId w:val="7"/>
  </w:num>
  <w:num w:numId="6" w16cid:durableId="119957631">
    <w:abstractNumId w:val="3"/>
  </w:num>
  <w:num w:numId="7" w16cid:durableId="1640959199">
    <w:abstractNumId w:val="2"/>
  </w:num>
  <w:num w:numId="8" w16cid:durableId="635256384">
    <w:abstractNumId w:val="1"/>
  </w:num>
  <w:num w:numId="9" w16cid:durableId="394737943">
    <w:abstractNumId w:val="0"/>
  </w:num>
  <w:num w:numId="10" w16cid:durableId="2125884672">
    <w:abstractNumId w:val="15"/>
  </w:num>
  <w:num w:numId="11" w16cid:durableId="1595701273">
    <w:abstractNumId w:val="12"/>
  </w:num>
  <w:num w:numId="12" w16cid:durableId="1757509047">
    <w:abstractNumId w:val="14"/>
  </w:num>
  <w:num w:numId="13" w16cid:durableId="371619738">
    <w:abstractNumId w:val="13"/>
  </w:num>
  <w:num w:numId="14" w16cid:durableId="1152714573">
    <w:abstractNumId w:val="17"/>
  </w:num>
  <w:num w:numId="15" w16cid:durableId="1656296074">
    <w:abstractNumId w:val="18"/>
  </w:num>
  <w:num w:numId="16" w16cid:durableId="1044868860">
    <w:abstractNumId w:val="9"/>
  </w:num>
  <w:num w:numId="17" w16cid:durableId="451822596">
    <w:abstractNumId w:val="11"/>
  </w:num>
  <w:num w:numId="18" w16cid:durableId="1823691486">
    <w:abstractNumId w:val="16"/>
  </w:num>
  <w:num w:numId="19" w16cid:durableId="6294795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QwMjIwNTQ3NDK0NDNV0lEKTi0uzszPAykwrgUAU+6xWiwAAAA="/>
  </w:docVars>
  <w:rsids>
    <w:rsidRoot w:val="00B47730"/>
    <w:rsid w:val="000137A8"/>
    <w:rsid w:val="00032B58"/>
    <w:rsid w:val="00034616"/>
    <w:rsid w:val="00041D38"/>
    <w:rsid w:val="0006063C"/>
    <w:rsid w:val="0008143D"/>
    <w:rsid w:val="0009740D"/>
    <w:rsid w:val="000A29E2"/>
    <w:rsid w:val="0010776F"/>
    <w:rsid w:val="00140CCD"/>
    <w:rsid w:val="001426AE"/>
    <w:rsid w:val="0015074B"/>
    <w:rsid w:val="00217918"/>
    <w:rsid w:val="00241C18"/>
    <w:rsid w:val="002509E2"/>
    <w:rsid w:val="0027582A"/>
    <w:rsid w:val="0029639D"/>
    <w:rsid w:val="002B0FC8"/>
    <w:rsid w:val="002C3BED"/>
    <w:rsid w:val="003074E5"/>
    <w:rsid w:val="00326F90"/>
    <w:rsid w:val="00341ADD"/>
    <w:rsid w:val="00361CF5"/>
    <w:rsid w:val="00385EEF"/>
    <w:rsid w:val="003C6F9B"/>
    <w:rsid w:val="004301DF"/>
    <w:rsid w:val="00437BBC"/>
    <w:rsid w:val="00457CDC"/>
    <w:rsid w:val="00464F22"/>
    <w:rsid w:val="005040B3"/>
    <w:rsid w:val="005124B9"/>
    <w:rsid w:val="005308E4"/>
    <w:rsid w:val="005E0AA6"/>
    <w:rsid w:val="005F5C62"/>
    <w:rsid w:val="0063205F"/>
    <w:rsid w:val="006875B8"/>
    <w:rsid w:val="00694F1D"/>
    <w:rsid w:val="006C5C68"/>
    <w:rsid w:val="006D4220"/>
    <w:rsid w:val="006F177D"/>
    <w:rsid w:val="00700303"/>
    <w:rsid w:val="00712D7C"/>
    <w:rsid w:val="0075624D"/>
    <w:rsid w:val="007C1B53"/>
    <w:rsid w:val="00801E3B"/>
    <w:rsid w:val="00817C50"/>
    <w:rsid w:val="008B01ED"/>
    <w:rsid w:val="0091285B"/>
    <w:rsid w:val="00930A76"/>
    <w:rsid w:val="00972B73"/>
    <w:rsid w:val="00976210"/>
    <w:rsid w:val="009934BA"/>
    <w:rsid w:val="009F78F6"/>
    <w:rsid w:val="00A6675E"/>
    <w:rsid w:val="00A67D47"/>
    <w:rsid w:val="00A73E1F"/>
    <w:rsid w:val="00AA1D8D"/>
    <w:rsid w:val="00B47730"/>
    <w:rsid w:val="00BC796B"/>
    <w:rsid w:val="00BF2CE1"/>
    <w:rsid w:val="00BF69C5"/>
    <w:rsid w:val="00CA7BD2"/>
    <w:rsid w:val="00CB0664"/>
    <w:rsid w:val="00CB25D2"/>
    <w:rsid w:val="00CB2703"/>
    <w:rsid w:val="00D20AD4"/>
    <w:rsid w:val="00D3239C"/>
    <w:rsid w:val="00D93074"/>
    <w:rsid w:val="00D94746"/>
    <w:rsid w:val="00DD1B91"/>
    <w:rsid w:val="00DF49EB"/>
    <w:rsid w:val="00E03981"/>
    <w:rsid w:val="00E65AD2"/>
    <w:rsid w:val="00E667AC"/>
    <w:rsid w:val="00E84112"/>
    <w:rsid w:val="00ED262B"/>
    <w:rsid w:val="00ED6B5D"/>
    <w:rsid w:val="00F1649E"/>
    <w:rsid w:val="00F62872"/>
    <w:rsid w:val="00FC693F"/>
    <w:rsid w:val="00FF6B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B7773F0-5A91-4010-8D69-E20A50353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3C542C"/>
      <w:sz w:val="34"/>
      <w:szCs w:val="28"/>
    </w:rPr>
  </w:style>
  <w:style w:type="paragraph" w:styleId="Heading2">
    <w:name w:val="heading 2"/>
    <w:basedOn w:val="Normal"/>
    <w:next w:val="Normal"/>
    <w:link w:val="Heading2Char"/>
    <w:uiPriority w:val="9"/>
    <w:unhideWhenUsed/>
    <w:qFormat/>
    <w:rsid w:val="00361CF5"/>
    <w:pPr>
      <w:keepNext/>
      <w:keepLines/>
      <w:spacing w:before="200"/>
      <w:outlineLvl w:val="1"/>
    </w:pPr>
    <w:rPr>
      <w:rFonts w:asciiTheme="majorHAnsi" w:eastAsiaTheme="majorEastAsia" w:hAnsiTheme="majorHAnsi" w:cstheme="majorBidi"/>
      <w:b/>
      <w:bCs/>
      <w:color w:val="5E8C48"/>
      <w:sz w:val="28"/>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3C542C"/>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61CF5"/>
    <w:rPr>
      <w:rFonts w:asciiTheme="majorHAnsi" w:eastAsiaTheme="majorEastAsia" w:hAnsiTheme="majorHAnsi" w:cstheme="majorBidi"/>
      <w:b/>
      <w:bCs/>
      <w:color w:val="5E8C48"/>
      <w:sz w:val="28"/>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before="200" w:line="240" w:lineRule="auto"/>
      <w:contextualSpacing/>
    </w:pPr>
    <w:rPr>
      <w:rFonts w:asciiTheme="majorHAnsi" w:eastAsiaTheme="majorEastAsia" w:hAnsiTheme="majorHAnsi" w:cstheme="majorBidi"/>
      <w:b/>
      <w:color w:val="3C542C"/>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nstruction">
    <w:name w:val="Instruction"/>
    <w:pPr>
      <w:spacing w:after="120"/>
    </w:pPr>
    <w:rPr>
      <w:rFonts w:ascii="Aptos" w:hAnsi="Aptos"/>
      <w:color w:val="263326"/>
      <w:sz w:val="19"/>
    </w:rPr>
  </w:style>
  <w:style w:type="paragraph" w:customStyle="1" w:styleId="Important">
    <w:name w:val="Important"/>
    <w:pPr>
      <w:spacing w:after="120"/>
    </w:pPr>
    <w:rPr>
      <w:rFonts w:ascii="Aptos" w:hAnsi="Aptos"/>
      <w:color w:val="263326"/>
      <w:sz w:val="19"/>
    </w:rPr>
  </w:style>
  <w:style w:type="character" w:styleId="Hyperlink">
    <w:name w:val="Hyperlink"/>
    <w:basedOn w:val="DefaultParagraphFont"/>
    <w:uiPriority w:val="99"/>
    <w:unhideWhenUsed/>
    <w:rsid w:val="00217918"/>
    <w:rPr>
      <w:color w:val="0000FF" w:themeColor="hyperlink"/>
      <w:u w:val="single"/>
    </w:rPr>
  </w:style>
  <w:style w:type="character" w:styleId="UnresolvedMention">
    <w:name w:val="Unresolved Mention"/>
    <w:basedOn w:val="DefaultParagraphFont"/>
    <w:uiPriority w:val="99"/>
    <w:semiHidden/>
    <w:unhideWhenUsed/>
    <w:rsid w:val="00217918"/>
    <w:rPr>
      <w:color w:val="605E5C"/>
      <w:shd w:val="clear" w:color="auto" w:fill="E1DFDD"/>
    </w:rPr>
  </w:style>
  <w:style w:type="character" w:styleId="PlaceholderText">
    <w:name w:val="Placeholder Text"/>
    <w:basedOn w:val="DefaultParagraphFont"/>
    <w:uiPriority w:val="99"/>
    <w:semiHidden/>
    <w:rsid w:val="00DD1B9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mbership@cieem.net"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membership@cieem.net" TargetMode="External"/><Relationship Id="rId4" Type="http://schemas.openxmlformats.org/officeDocument/2006/relationships/settings" Target="settings.xml"/><Relationship Id="rId9" Type="http://schemas.openxmlformats.org/officeDocument/2006/relationships/hyperlink" Target="mailto:membership@cieem.net"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C409450C4A4840ADAD4859610A7D85"/>
        <w:category>
          <w:name w:val="General"/>
          <w:gallery w:val="placeholder"/>
        </w:category>
        <w:types>
          <w:type w:val="bbPlcHdr"/>
        </w:types>
        <w:behaviors>
          <w:behavior w:val="content"/>
        </w:behaviors>
        <w:guid w:val="{212CC3D9-2420-4702-BD6A-4259C974090B}"/>
      </w:docPartPr>
      <w:docPartBody>
        <w:p w:rsidR="00263F68" w:rsidRDefault="008E1360" w:rsidP="008E1360">
          <w:pPr>
            <w:pStyle w:val="24C409450C4A4840ADAD4859610A7D85"/>
          </w:pPr>
          <w:r w:rsidRPr="00341ADD">
            <w:rPr>
              <w:rStyle w:val="PlaceholderText"/>
              <w:b/>
              <w:bCs/>
            </w:rPr>
            <w:t>Choose an item.</w:t>
          </w:r>
        </w:p>
      </w:docPartBody>
    </w:docPart>
    <w:docPart>
      <w:docPartPr>
        <w:name w:val="00A2FD9D2BE74E288D0C601423540999"/>
        <w:category>
          <w:name w:val="General"/>
          <w:gallery w:val="placeholder"/>
        </w:category>
        <w:types>
          <w:type w:val="bbPlcHdr"/>
        </w:types>
        <w:behaviors>
          <w:behavior w:val="content"/>
        </w:behaviors>
        <w:guid w:val="{E9A2A864-3953-4138-9D39-D9B3C67DF37C}"/>
      </w:docPartPr>
      <w:docPartBody>
        <w:p w:rsidR="00263F68" w:rsidRDefault="008E1360" w:rsidP="008E1360">
          <w:pPr>
            <w:pStyle w:val="00A2FD9D2BE74E288D0C601423540999"/>
          </w:pPr>
          <w:r w:rsidRPr="00341ADD">
            <w:rPr>
              <w:rStyle w:val="PlaceholderText"/>
              <w:b/>
              <w:bCs/>
            </w:rPr>
            <w:t>Choose an item.</w:t>
          </w:r>
        </w:p>
      </w:docPartBody>
    </w:docPart>
    <w:docPart>
      <w:docPartPr>
        <w:name w:val="310DAE9BE93D4E13AD8534AE07ED6B36"/>
        <w:category>
          <w:name w:val="General"/>
          <w:gallery w:val="placeholder"/>
        </w:category>
        <w:types>
          <w:type w:val="bbPlcHdr"/>
        </w:types>
        <w:behaviors>
          <w:behavior w:val="content"/>
        </w:behaviors>
        <w:guid w:val="{E5149EE1-ABD6-49F6-B754-3E0CA5AC1815}"/>
      </w:docPartPr>
      <w:docPartBody>
        <w:p w:rsidR="00263F68" w:rsidRDefault="008E1360" w:rsidP="008E1360">
          <w:pPr>
            <w:pStyle w:val="310DAE9BE93D4E13AD8534AE07ED6B36"/>
          </w:pPr>
          <w:r w:rsidRPr="00341ADD">
            <w:rPr>
              <w:rStyle w:val="PlaceholderText"/>
              <w:b/>
              <w:bC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360"/>
    <w:rsid w:val="00013051"/>
    <w:rsid w:val="00263F68"/>
    <w:rsid w:val="0030743A"/>
    <w:rsid w:val="003C6F9B"/>
    <w:rsid w:val="008E1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1360"/>
    <w:rPr>
      <w:color w:val="666666"/>
    </w:rPr>
  </w:style>
  <w:style w:type="paragraph" w:customStyle="1" w:styleId="24C409450C4A4840ADAD4859610A7D85">
    <w:name w:val="24C409450C4A4840ADAD4859610A7D85"/>
    <w:rsid w:val="008E1360"/>
    <w:pPr>
      <w:spacing w:after="100" w:line="259" w:lineRule="auto"/>
    </w:pPr>
    <w:rPr>
      <w:rFonts w:ascii="Aptos" w:hAnsi="Aptos"/>
      <w:kern w:val="0"/>
      <w:sz w:val="20"/>
      <w:szCs w:val="22"/>
      <w:lang w:val="en-US" w:eastAsia="en-US"/>
      <w14:ligatures w14:val="none"/>
    </w:rPr>
  </w:style>
  <w:style w:type="paragraph" w:customStyle="1" w:styleId="00A2FD9D2BE74E288D0C601423540999">
    <w:name w:val="00A2FD9D2BE74E288D0C601423540999"/>
    <w:rsid w:val="008E1360"/>
  </w:style>
  <w:style w:type="paragraph" w:customStyle="1" w:styleId="310DAE9BE93D4E13AD8534AE07ED6B36">
    <w:name w:val="310DAE9BE93D4E13AD8534AE07ED6B36"/>
    <w:rsid w:val="008E13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20</Pages>
  <Words>3653</Words>
  <Characters>20826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24431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Fellowship</dc:title>
  <dc:subject>Integrated self-nomination application, guidance and sponsor testimonial</dc:subject>
  <dc:creator>Stuart Parks</dc:creator>
  <cp:keywords>Fellowship, application, sponsor, testimonial, CIEEM</cp:keywords>
  <dc:description>generated by python-docx</dc:description>
  <cp:lastModifiedBy>Stuart Parks</cp:lastModifiedBy>
  <cp:revision>66</cp:revision>
  <dcterms:created xsi:type="dcterms:W3CDTF">2026-08-12T16:22:00Z</dcterms:created>
  <dcterms:modified xsi:type="dcterms:W3CDTF">2026-08-17T14:03:00Z</dcterms:modified>
  <cp:category/>
</cp:coreProperties>
</file>